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496"/>
        <w:gridCol w:w="1800"/>
      </w:tblGrid>
      <w:tr>
        <w:tc>
          <w:tcPr>
            <w:tcW w:type="dxa" w:w="54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before="0"/>
            </w:pPr>
            <w:r>
              <w:rPr>
                <w:b/>
                <w:sz w:val="44"/>
              </w:rPr>
              <w:t>INVESTOR MENTORSHIP</w:t>
              <w:br/>
              <w:t>SURVEY</w:t>
            </w:r>
          </w:p>
        </w:tc>
        <w:tc>
          <w:tcPr>
            <w:tcW w:type="dxa" w:w="54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2960" cy="8229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a_logo_crop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  <w:jc w:val="left"/>
      </w:pPr>
      <w:r>
        <w:rPr>
          <w:b/>
          <w:sz w:val="18"/>
        </w:rPr>
        <w:t>Partna Investments &amp; Finance</w:t>
      </w:r>
    </w:p>
    <w:p>
      <w:pPr>
        <w:spacing w:after="80"/>
      </w:pPr>
      <w:r>
        <w:rPr>
          <w:sz w:val="17"/>
        </w:rPr>
        <w:t>This survey helps Partna understand your investing experience, financing needs, renovation support needs, and goals for successfully closing and selling an investment property.</w:t>
      </w:r>
    </w:p>
    <w:p>
      <w:pPr>
        <w:spacing w:before="80" w:after="40"/>
      </w:pPr>
      <w:r>
        <w:rPr>
          <w:b/>
          <w:sz w:val="20"/>
        </w:rPr>
        <w:t>PARTICIPANT INFORMATION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184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Name:</w:t>
            </w:r>
          </w:p>
          <w:p>
            <w:pPr>
              <w:spacing w:after="0" w:before="0"/>
            </w:pPr>
            <w:sdt>
              <w:sdtPr>
                <w:tag w:val="NAME"/>
                <w:alias w:val="NAME"/>
                <w:text/>
              </w:sdtPr>
              <w:sdtContent>
                <w:r>
                  <w:t>{{NAME}}</w:t>
                </w:r>
              </w:sdtContent>
            </w:sdt>
          </w:p>
        </w:tc>
        <w:tc>
          <w:tcPr>
            <w:tcW w:type="dxa" w:w="5184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Phone:</w:t>
            </w:r>
          </w:p>
          <w:p>
            <w:pPr>
              <w:spacing w:after="0" w:before="0"/>
            </w:pPr>
            <w:sdt>
              <w:sdtPr>
                <w:tag w:val="PHONE"/>
                <w:alias w:val="PHONE"/>
                <w:text/>
              </w:sdtPr>
              <w:sdtContent>
                <w:r>
                  <w:t>{{PHONE}}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184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Email:</w:t>
            </w:r>
          </w:p>
          <w:p>
            <w:pPr>
              <w:spacing w:after="0" w:before="0"/>
            </w:pPr>
            <w:sdt>
              <w:sdtPr>
                <w:tag w:val="EMAIL"/>
                <w:alias w:val="EMAIL"/>
                <w:text/>
              </w:sdtPr>
              <w:sdtContent>
                <w:r>
                  <w:t>{{EMAIL}}</w:t>
                </w:r>
              </w:sdtContent>
            </w:sdt>
          </w:p>
        </w:tc>
        <w:tc>
          <w:tcPr>
            <w:tcW w:type="dxa" w:w="5184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Preferred Contact Method:</w:t>
            </w:r>
          </w:p>
          <w:p>
            <w:pPr>
              <w:spacing w:after="0" w:before="0"/>
            </w:pPr>
            <w:sdt>
              <w:sdtPr>
                <w:tag w:val="CONTACT_METHOD"/>
                <w:alias w:val="CONTACT_METHOD"/>
                <w:text/>
              </w:sdtPr>
              <w:sdtContent>
                <w:r>
                  <w:t>{{CONTACT_METHOD}}</w:t>
                </w:r>
              </w:sdtContent>
            </w:sdt>
          </w:p>
        </w:tc>
      </w:tr>
    </w:tbl>
    <w:p>
      <w:pPr>
        <w:spacing w:before="80" w:after="40"/>
      </w:pPr>
      <w:r>
        <w:rPr>
          <w:b/>
          <w:sz w:val="20"/>
        </w:rPr>
        <w:t>INVESTMENT EXPERIENCE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1. How would you describe your current real estate investing experience?</w:t>
            </w:r>
          </w:p>
          <w:p>
            <w:pPr>
              <w:spacing w:after="0" w:before="0"/>
            </w:pPr>
            <w:r>
              <w:t>☐ New / First Investment   ☐ Beginner (1–2 deals)   ☐ Intermediate (3–10 deals)   ☐ Experienced (10+ deals)</w:t>
            </w:r>
          </w:p>
          <w:p>
            <w:pPr>
              <w:spacing w:after="0" w:before="0"/>
            </w:pPr>
            <w:sdt>
              <w:sdtPr>
                <w:tag w:val="EXPERIENCE_LEVEL"/>
                <w:alias w:val="EXPERIENCE_LEVEL"/>
                <w:text/>
              </w:sdtPr>
              <w:sdtContent>
                <w:r>
                  <w:t>{{EXPERIENCE_LEVEL}}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2. How many investment properties have you purchased, renovated, or sold?</w:t>
            </w:r>
          </w:p>
          <w:p>
            <w:pPr>
              <w:spacing w:before="0" w:after="0"/>
            </w:pPr>
            <w:sdt>
              <w:sdtPr>
                <w:tag w:val="DEALS_COMPLETED"/>
                <w:alias w:val="DEALS_COMPLETED"/>
                <w:text/>
              </w:sdtPr>
              <w:sdtContent>
                <w:r>
                  <w:t>{{DEALS_COMPLETED}}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3. Which investment strategies have you used or want to learn?</w:t>
            </w:r>
          </w:p>
          <w:p>
            <w:pPr>
              <w:spacing w:after="0" w:before="0"/>
            </w:pPr>
            <w:r>
              <w:t>☐ Fix &amp; Flip   ☐ Buy &amp; Hold   ☐ BRRRR   ☐ Wholesale   ☐ Rental / DSCR   ☐ Other</w:t>
            </w:r>
          </w:p>
          <w:p>
            <w:pPr>
              <w:spacing w:after="0" w:before="0"/>
            </w:pPr>
            <w:sdt>
              <w:sdtPr>
                <w:tag w:val="STRATEGIES"/>
                <w:alias w:val="STRATEGIES"/>
                <w:text/>
              </w:sdtPr>
              <w:sdtContent>
                <w:r>
                  <w:t>{{STRATEGIES}}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4. What is your biggest challenge as a real estate investor right now?</w:t>
            </w:r>
          </w:p>
          <w:p>
            <w:pPr>
              <w:spacing w:before="0" w:after="0"/>
            </w:pPr>
            <w:sdt>
              <w:sdtPr>
                <w:tag w:val="BIGGEST_CHALLENGE"/>
                <w:alias w:val="BIGGEST_CHALLENGE"/>
                <w:text/>
              </w:sdtPr>
              <w:sdtContent>
                <w:r>
                  <w:t>{{BIGGEST_CHALLENGE}}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</w:tc>
      </w:tr>
    </w:tbl>
    <w:p>
      <w:pPr>
        <w:spacing w:before="80" w:after="40"/>
      </w:pPr>
      <w:r>
        <w:rPr>
          <w:b/>
          <w:sz w:val="20"/>
        </w:rPr>
        <w:t>PROPERTY &amp; DEAL READINESS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5. Do you currently have an investment property under contract or identified?</w:t>
            </w:r>
          </w:p>
          <w:p>
            <w:pPr>
              <w:spacing w:after="0" w:before="0"/>
            </w:pPr>
            <w:r>
              <w:t>☐ Yes – Under Contract   ☐ Yes – Identified   ☐ Actively Searching   ☐ Not Yet</w:t>
            </w:r>
          </w:p>
          <w:p>
            <w:pPr>
              <w:spacing w:after="0" w:before="0"/>
            </w:pPr>
            <w:sdt>
              <w:sdtPr>
                <w:tag w:val="PROPERTY_STATUS"/>
                <w:alias w:val="PROPERTY_STATUS"/>
                <w:text/>
              </w:sdtPr>
              <w:sdtContent>
                <w:r>
                  <w:t>{{PROPERTY_STATUS}}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6. If yes, briefly describe the property, purchase price, location, and expected project scope.</w:t>
            </w:r>
          </w:p>
          <w:p>
            <w:pPr>
              <w:spacing w:before="0" w:after="0"/>
            </w:pPr>
            <w:sdt>
              <w:sdtPr>
                <w:tag w:val="PROPERTY_DETAILS"/>
                <w:alias w:val="PROPERTY_DETAILS"/>
                <w:text/>
              </w:sdtPr>
              <w:sdtContent>
                <w:r>
                  <w:t>{{PROPERTY_DETAILS}}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7. Do you currently have a real estate agent, contractor, title/closing company, and/or insurance professional?</w:t>
            </w:r>
          </w:p>
          <w:p>
            <w:pPr>
              <w:spacing w:after="0" w:before="0"/>
            </w:pPr>
            <w:r>
              <w:t>☐ Agent   ☐ Contractor   ☐ Title/Closing   ☐ Insurance   ☐ None / Need Referrals</w:t>
            </w:r>
          </w:p>
          <w:p>
            <w:pPr>
              <w:spacing w:after="0" w:before="0"/>
            </w:pPr>
            <w:sdt>
              <w:sdtPr>
                <w:tag w:val="TEAM_STATUS"/>
                <w:alias w:val="TEAM_STATUS"/>
                <w:text/>
              </w:sdtPr>
              <w:sdtContent>
                <w:r>
                  <w:t>{{TEAM_STATUS}}</w:t>
                </w:r>
              </w:sdtContent>
            </w:sdt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496"/>
        <w:gridCol w:w="1800"/>
      </w:tblGrid>
      <w:tr>
        <w:tc>
          <w:tcPr>
            <w:tcW w:type="dxa" w:w="54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before="0"/>
            </w:pPr>
            <w:r>
              <w:rPr>
                <w:b/>
                <w:sz w:val="44"/>
              </w:rPr>
              <w:t>INVESTOR MENTORSHIP</w:t>
              <w:br/>
              <w:t>SURVEY</w:t>
            </w:r>
          </w:p>
        </w:tc>
        <w:tc>
          <w:tcPr>
            <w:tcW w:type="dxa" w:w="54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2960" cy="8229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a_logo_crop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  <w:jc w:val="left"/>
      </w:pPr>
      <w:r>
        <w:rPr>
          <w:b/>
          <w:sz w:val="18"/>
        </w:rPr>
        <w:t>Partna Investments &amp; Finance</w:t>
      </w:r>
    </w:p>
    <w:p>
      <w:pPr>
        <w:spacing w:before="80" w:after="40"/>
      </w:pPr>
      <w:r>
        <w:rPr>
          <w:b/>
          <w:sz w:val="20"/>
        </w:rPr>
        <w:t>LOAN PROCESS SUPPORT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8. How familiar are you with hard money or investment-property financing?</w:t>
            </w:r>
          </w:p>
          <w:p>
            <w:pPr>
              <w:spacing w:after="0" w:before="0"/>
            </w:pPr>
            <w:r>
              <w:t>☐ Not Familiar   ☐ Somewhat Familiar   ☐ Comfortable   ☐ Very Experienced</w:t>
            </w:r>
          </w:p>
          <w:p>
            <w:pPr>
              <w:spacing w:after="0" w:before="0"/>
            </w:pPr>
            <w:sdt>
              <w:sdtPr>
                <w:tag w:val="LOAN_FAMILIARITY"/>
                <w:alias w:val="LOAN_FAMILIARITY"/>
                <w:text/>
              </w:sdtPr>
              <w:sdtContent>
                <w:r>
                  <w:t>{{LOAN_FAMILIARITY}}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9. Which parts of the loan process do you need help with?</w:t>
            </w:r>
          </w:p>
          <w:p>
            <w:pPr>
              <w:spacing w:after="0" w:before="0"/>
            </w:pPr>
            <w:r>
              <w:t>☐ Loan Options   ☐ Application   ☐ Required Documents   ☐ Credit / Financial Review   ☐ Property Valuation   ☐ Loan Terms &amp; Costs   ☐ Closing Requirements   ☐ Other</w:t>
            </w:r>
          </w:p>
          <w:p>
            <w:pPr>
              <w:spacing w:after="0" w:before="0"/>
            </w:pPr>
            <w:sdt>
              <w:sdtPr>
                <w:tag w:val="LOAN_HELP"/>
                <w:alias w:val="LOAN_HELP"/>
                <w:text/>
              </w:sdtPr>
              <w:sdtContent>
                <w:r>
                  <w:t>{{LOAN_HELP}}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10. What questions or concerns do you have about qualifying for financing?</w:t>
            </w:r>
          </w:p>
          <w:p>
            <w:pPr>
              <w:spacing w:before="0" w:after="0"/>
            </w:pPr>
            <w:sdt>
              <w:sdtPr>
                <w:tag w:val="FINANCING_CONCERNS"/>
                <w:alias w:val="FINANCING_CONCERNS"/>
                <w:text/>
              </w:sdtPr>
              <w:sdtContent>
                <w:r>
                  <w:t>{{FINANCING_CONCERNS}}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11. Do you need help understanding the cash you may need for down payment, closing costs, reserves, or renovation expenses?</w:t>
            </w:r>
          </w:p>
          <w:p>
            <w:pPr>
              <w:spacing w:after="0" w:before="0"/>
            </w:pPr>
            <w:r>
              <w:t>☐ Yes   ☐ No   ☐ Not Sure</w:t>
            </w:r>
          </w:p>
          <w:p>
            <w:pPr>
              <w:spacing w:after="0" w:before="0"/>
            </w:pPr>
            <w:sdt>
              <w:sdtPr>
                <w:tag w:val="CASH_REQUIREMENTS_HELP"/>
                <w:alias w:val="CASH_REQUIREMENTS_HELP"/>
                <w:text/>
              </w:sdtPr>
              <w:sdtContent>
                <w:r>
                  <w:t>{{CASH_REQUIREMENTS_HELP}}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12. Would you like help comparing financing options and understanding rates, points, fees, loan-to-cost, and loan-to-value?</w:t>
            </w:r>
          </w:p>
          <w:p>
            <w:pPr>
              <w:spacing w:after="0" w:before="0"/>
            </w:pPr>
            <w:r>
              <w:t>☐ Yes   ☐ No   ☐ Not Sure</w:t>
            </w:r>
          </w:p>
          <w:p>
            <w:pPr>
              <w:spacing w:after="0" w:before="0"/>
            </w:pPr>
            <w:sdt>
              <w:sdtPr>
                <w:tag w:val="LOAN_TERMS_HELP"/>
                <w:alias w:val="LOAN_TERMS_HELP"/>
                <w:text/>
              </w:sdtPr>
              <w:sdtContent>
                <w:r>
                  <w:t>{{LOAN_TERMS_HELP}}</w:t>
                </w:r>
              </w:sdtContent>
            </w:sdt>
          </w:p>
        </w:tc>
      </w:tr>
    </w:tbl>
    <w:p>
      <w:pPr>
        <w:spacing w:before="80" w:after="40"/>
      </w:pPr>
      <w:r>
        <w:rPr>
          <w:b/>
          <w:sz w:val="20"/>
        </w:rPr>
        <w:t>RENOVATION PROCESS SUPPORT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13. How experienced are you with managing property renovations?</w:t>
            </w:r>
          </w:p>
          <w:p>
            <w:pPr>
              <w:spacing w:after="0" w:before="0"/>
            </w:pPr>
            <w:r>
              <w:t>☐ No Experience   ☐ Limited Experience   ☐ Some Experience   ☐ Very Experienced</w:t>
            </w:r>
          </w:p>
          <w:p>
            <w:pPr>
              <w:spacing w:after="0" w:before="0"/>
            </w:pPr>
            <w:sdt>
              <w:sdtPr>
                <w:tag w:val="RENOVATION_EXPERIENCE"/>
                <w:alias w:val="RENOVATION_EXPERIENCE"/>
                <w:text/>
              </w:sdtPr>
              <w:sdtContent>
                <w:r>
                  <w:t>{{RENOVATION_EXPERIENCE}}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14. Which renovation areas do you need mentorship with?</w:t>
            </w:r>
          </w:p>
          <w:p>
            <w:pPr>
              <w:spacing w:after="0" w:before="0"/>
            </w:pPr>
            <w:r>
              <w:t>☐ Scope of Work   ☐ Repair Budget   ☐ Contractor Selection   ☐ Contract Review   ☐ Permits   ☐ Project Schedule   ☐ Draw Process   ☐ Material Selection   ☐ Quality Control   ☐ Change Orders   ☐ Other</w:t>
            </w:r>
          </w:p>
          <w:p>
            <w:pPr>
              <w:spacing w:after="0" w:before="0"/>
            </w:pPr>
            <w:sdt>
              <w:sdtPr>
                <w:tag w:val="RENOVATION_HELP"/>
                <w:alias w:val="RENOVATION_HELP"/>
                <w:text/>
              </w:sdtPr>
              <w:sdtContent>
                <w:r>
                  <w:t>{{RENOVATION_HELP}}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15. What is your estimated renovation budget, if known?</w:t>
            </w:r>
          </w:p>
          <w:p>
            <w:pPr>
              <w:spacing w:before="0" w:after="0"/>
            </w:pPr>
            <w:sdt>
              <w:sdtPr>
                <w:tag w:val="RENOVATION_BUDGET"/>
                <w:alias w:val="RENOVATION_BUDGET"/>
                <w:text/>
              </w:sdtPr>
              <w:sdtContent>
                <w:r>
                  <w:t>{{RENOVATION_BUDGET}}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16. Do you already have a contractor or renovation team?</w:t>
            </w:r>
          </w:p>
          <w:p>
            <w:pPr>
              <w:spacing w:after="0" w:before="0"/>
            </w:pPr>
            <w:r>
              <w:t>☐ Yes   ☐ No   ☐ Need Help Finding One   ☐ Need Help Evaluating One</w:t>
            </w:r>
          </w:p>
          <w:p>
            <w:pPr>
              <w:spacing w:after="0" w:before="0"/>
            </w:pPr>
            <w:sdt>
              <w:sdtPr>
                <w:tag w:val="CONTRACTOR_STATUS"/>
                <w:alias w:val="CONTRACTOR_STATUS"/>
                <w:text/>
              </w:sdtPr>
              <w:sdtContent>
                <w:r>
                  <w:t>{{CONTRACTOR_STATUS}}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17. What renovation issues are you most concerned about?</w:t>
            </w:r>
          </w:p>
          <w:p>
            <w:pPr>
              <w:spacing w:before="0" w:after="0"/>
            </w:pPr>
            <w:sdt>
              <w:sdtPr>
                <w:tag w:val="RENOVATION_CONCERNS"/>
                <w:alias w:val="RENOVATION_CONCERNS"/>
                <w:text/>
              </w:sdtPr>
              <w:sdtContent>
                <w:r>
                  <w:t>{{RENOVATION_CONCERNS}}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</w:tc>
      </w:tr>
    </w:tbl>
    <w:p>
      <w:pPr>
        <w:spacing w:before="80" w:after="40"/>
      </w:pPr>
      <w:r>
        <w:rPr>
          <w:b/>
          <w:sz w:val="20"/>
        </w:rPr>
        <w:t>SALE, EXIT &amp; CLOSING SUPPORT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18. What is your planned exit strategy?</w:t>
            </w:r>
          </w:p>
          <w:p>
            <w:pPr>
              <w:spacing w:after="0" w:before="0"/>
            </w:pPr>
            <w:r>
              <w:t>☐ Sell / Flip   ☐ Refinance &amp; Hold   ☐ Long-Term Rental   ☐ Short-Term Rental   ☐ Undecided</w:t>
            </w:r>
          </w:p>
          <w:p>
            <w:pPr>
              <w:spacing w:after="0" w:before="0"/>
            </w:pPr>
            <w:sdt>
              <w:sdtPr>
                <w:tag w:val="EXIT_STRATEGY"/>
                <w:alias w:val="EXIT_STRATEGY"/>
                <w:text/>
              </w:sdtPr>
              <w:sdtContent>
                <w:r>
                  <w:t>{{EXIT_STRATEGY}}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19. Which parts of preparing the home for sale do you need help with?</w:t>
            </w:r>
          </w:p>
          <w:p>
            <w:pPr>
              <w:spacing w:after="0" w:before="0"/>
            </w:pPr>
            <w:r>
              <w:t>☐ Final Walkthrough   ☐ Punch List   ☐ Pricing Strategy   ☐ Agent Selection   ☐ Staging   ☐ Marketing   ☐ Buyer Offers   ☐ Other</w:t>
            </w:r>
          </w:p>
          <w:p>
            <w:pPr>
              <w:spacing w:after="0" w:before="0"/>
            </w:pPr>
            <w:sdt>
              <w:sdtPr>
                <w:tag w:val="SALE_PREP_HELP"/>
                <w:alias w:val="SALE_PREP_HELP"/>
                <w:text/>
              </w:sdtPr>
              <w:sdtContent>
                <w:r>
                  <w:t>{{SALE_PREP_HELP}}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20. Which parts of the sale/closing process do you need help understanding?</w:t>
            </w:r>
          </w:p>
          <w:p>
            <w:pPr>
              <w:spacing w:after="0" w:before="0"/>
            </w:pPr>
            <w:r>
              <w:t>☐ Offer Review   ☐ Inspection   ☐ Appraisal   ☐ Repair Negotiations   ☐ Title Issues   ☐ Closing Costs   ☐ Payoff   ☐ Settlement Statement   ☐ Closing Day</w:t>
            </w:r>
          </w:p>
          <w:p>
            <w:pPr>
              <w:spacing w:after="0" w:before="0"/>
            </w:pPr>
            <w:sdt>
              <w:sdtPr>
                <w:tag w:val="SALE_CLOSING_HELP"/>
                <w:alias w:val="SALE_CLOSING_HELP"/>
                <w:text/>
              </w:sdtPr>
              <w:sdtContent>
                <w:r>
                  <w:t>{{SALE_CLOSING_HELP}}</w:t>
                </w:r>
              </w:sdtContent>
            </w:sdt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496"/>
        <w:gridCol w:w="1800"/>
      </w:tblGrid>
      <w:tr>
        <w:tc>
          <w:tcPr>
            <w:tcW w:type="dxa" w:w="54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after="0" w:before="0"/>
            </w:pPr>
            <w:r>
              <w:rPr>
                <w:b/>
                <w:sz w:val="44"/>
              </w:rPr>
              <w:t>INVESTOR MENTORSHIP</w:t>
              <w:br/>
              <w:t>SURVEY</w:t>
            </w:r>
          </w:p>
        </w:tc>
        <w:tc>
          <w:tcPr>
            <w:tcW w:type="dxa" w:w="54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>
            <w:pPr>
              <w:spacing w:before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2960" cy="82296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a_logo_crop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  <w:jc w:val="left"/>
      </w:pPr>
      <w:r>
        <w:rPr>
          <w:b/>
          <w:sz w:val="18"/>
        </w:rPr>
        <w:t>Partna Investments &amp; Finance</w:t>
      </w:r>
    </w:p>
    <w:p>
      <w:pPr>
        <w:spacing w:before="80" w:after="40"/>
      </w:pPr>
      <w:r>
        <w:rPr>
          <w:b/>
          <w:sz w:val="20"/>
        </w:rPr>
        <w:t>GOALS &amp; MENTORSHIP PRIORITIES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21. What is your target timeline for purchasing your next investment property?</w:t>
            </w:r>
          </w:p>
          <w:p>
            <w:pPr>
              <w:spacing w:before="0" w:after="0"/>
            </w:pPr>
            <w:sdt>
              <w:sdtPr>
                <w:tag w:val="PURCHASE_TIMELINE"/>
                <w:alias w:val="PURCHASE_TIMELINE"/>
                <w:text/>
              </w:sdtPr>
              <w:sdtContent>
                <w:r>
                  <w:t>{{PURCHASE_TIMELINE}}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22. What is your target timeline for completing the renovation and selling or refinancing the property?</w:t>
            </w:r>
          </w:p>
          <w:p>
            <w:pPr>
              <w:spacing w:before="0" w:after="0"/>
            </w:pPr>
            <w:sdt>
              <w:sdtPr>
                <w:tag w:val="PROJECT_TIMELINE"/>
                <w:alias w:val="PROJECT_TIMELINE"/>
                <w:text/>
              </w:sdtPr>
              <w:sdtContent>
                <w:r>
                  <w:t>{{PROJECT_TIMELINE}}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23. What profit, cash-flow, or investment goal are you trying to achieve?</w:t>
            </w:r>
          </w:p>
          <w:p>
            <w:pPr>
              <w:spacing w:before="0" w:after="0"/>
            </w:pPr>
            <w:sdt>
              <w:sdtPr>
                <w:tag w:val="INVESTMENT_GOAL"/>
                <w:alias w:val="INVESTMENT_GOAL"/>
                <w:text/>
              </w:sdtPr>
              <w:sdtContent>
                <w:r>
                  <w:t>{{INVESTMENT_GOAL}}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24. What type of mentorship support would be most helpful?</w:t>
            </w:r>
          </w:p>
          <w:p>
            <w:pPr>
              <w:spacing w:after="0" w:before="0"/>
            </w:pPr>
            <w:r>
              <w:t>☐ One-on-One Guidance   ☐ Deal Review   ☐ Financing Guidance   ☐ Renovation Check-ins   ☐ Sale/Closing Guidance   ☐ Vendor/Professional Referrals   ☐ Educational Resources</w:t>
            </w:r>
          </w:p>
          <w:p>
            <w:pPr>
              <w:spacing w:after="0" w:before="0"/>
            </w:pPr>
            <w:sdt>
              <w:sdtPr>
                <w:tag w:val="MENTORSHIP_TYPE"/>
                <w:alias w:val="MENTORSHIP_TYPE"/>
                <w:text/>
              </w:sdtPr>
              <w:sdtContent>
                <w:r>
                  <w:t>{{MENTORSHIP_TYPE}}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20" w:before="0"/>
            </w:pPr>
            <w:r>
              <w:rPr>
                <w:b/>
                <w:sz w:val="16"/>
              </w:rPr>
              <w:t>25. How often would you prefer mentorship check-ins?</w:t>
            </w:r>
          </w:p>
          <w:p>
            <w:pPr>
              <w:spacing w:after="0" w:before="0"/>
            </w:pPr>
            <w:r>
              <w:t>☐ As Needed   ☐ Weekly   ☐ Every Two Weeks   ☐ Monthly   ☐ At Major Project Milestones</w:t>
            </w:r>
          </w:p>
          <w:p>
            <w:pPr>
              <w:spacing w:after="0" w:before="0"/>
            </w:pPr>
            <w:sdt>
              <w:sdtPr>
                <w:tag w:val="CHECKIN_FREQUENCY"/>
                <w:alias w:val="CHECKIN_FREQUENCY"/>
                <w:text/>
              </w:sdtPr>
              <w:sdtContent>
                <w:r>
                  <w:t>{{CHECKIN_FREQUENCY}}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26. What are the top three things you want Partna’s mentorship program to help you accomplish?</w:t>
            </w:r>
          </w:p>
          <w:p>
            <w:pPr>
              <w:spacing w:before="0" w:after="0"/>
            </w:pPr>
            <w:sdt>
              <w:sdtPr>
                <w:tag w:val="TOP_THREE_GOALS"/>
                <w:alias w:val="TOP_THREE_GOALS"/>
                <w:text/>
              </w:sdtPr>
              <w:sdtContent>
                <w:r>
                  <w:t>{{TOP_THREE_GOALS}}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  <w:p>
            <w:pPr>
              <w:spacing w:before="0"/>
            </w:pPr>
            <w:r>
              <w:t xml:space="preserve"> 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27. Is there anything else you would like your Partna mentor to know about your experience, concerns, or investment goals?</w:t>
            </w:r>
          </w:p>
          <w:p>
            <w:pPr>
              <w:spacing w:before="0" w:after="0"/>
            </w:pPr>
            <w:sdt>
              <w:sdtPr>
                <w:tag w:val="ADDITIONAL_NOTES"/>
                <w:alias w:val="ADDITIONAL_NOTES"/>
                <w:text/>
              </w:sdtPr>
              <w:sdtContent>
                <w:r>
                  <w:t>{{ADDITIONAL_NOTES}}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  <w:p>
            <w:pPr>
              <w:spacing w:before="0"/>
            </w:pPr>
            <w:r>
              <w:t xml:space="preserve"> </w:t>
            </w:r>
          </w:p>
        </w:tc>
      </w:tr>
    </w:tbl>
    <w:p>
      <w:pPr>
        <w:spacing w:before="80" w:after="40"/>
      </w:pPr>
      <w:r>
        <w:rPr>
          <w:b/>
          <w:sz w:val="20"/>
        </w:rPr>
        <w:t>MENTOR USE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184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Mentor Assigned:</w:t>
            </w:r>
          </w:p>
          <w:p>
            <w:pPr>
              <w:spacing w:after="0" w:before="0"/>
            </w:pPr>
            <w:sdt>
              <w:sdtPr>
                <w:tag w:val="MENTOR_ASSIGNED"/>
                <w:alias w:val="MENTOR_ASSIGNED"/>
                <w:text/>
              </w:sdtPr>
              <w:sdtContent>
                <w:r>
                  <w:t>{{MENTOR_ASSIGNED}}</w:t>
                </w:r>
              </w:sdtContent>
            </w:sdt>
          </w:p>
        </w:tc>
        <w:tc>
          <w:tcPr>
            <w:tcW w:type="dxa" w:w="5184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Date Reviewed:</w:t>
            </w:r>
          </w:p>
          <w:p>
            <w:pPr>
              <w:spacing w:after="0" w:before="0"/>
            </w:pPr>
            <w:sdt>
              <w:sdtPr>
                <w:tag w:val="DATE_REVIEWED"/>
                <w:alias w:val="DATE_REVIEWED"/>
                <w:text/>
              </w:sdtPr>
              <w:sdtContent>
                <w:r>
                  <w:t>{{DATE_REVIEWED}}</w:t>
                </w:r>
              </w:sdtContent>
            </w:sdt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tcMar>
              <w:top w:w="55" w:type="dxa"/>
              <w:start w:w="70" w:type="dxa"/>
              <w:bottom w:w="45" w:type="dxa"/>
              <w:end w:w="70" w:type="dxa"/>
            </w:tcMar>
            <w:shd w:fill="FFF4E6"/>
            <w:vAlign w:val="center"/>
          </w:tcPr>
          <w:p>
            <w:pPr>
              <w:spacing w:after="0" w:before="0"/>
            </w:pPr>
            <w:r>
              <w:rPr>
                <w:b/>
                <w:sz w:val="16"/>
              </w:rPr>
              <w:t>Initial Mentorship Priorities / Recommended Next Steps:</w:t>
            </w:r>
          </w:p>
          <w:p>
            <w:pPr>
              <w:spacing w:before="0" w:after="0"/>
            </w:pPr>
            <w:sdt>
              <w:sdtPr>
                <w:tag w:val="MENTOR_NOTES"/>
                <w:alias w:val="MENTOR_NOTES"/>
                <w:text/>
              </w:sdtPr>
              <w:sdtContent>
                <w:r>
                  <w:t>{{MENTOR_NOTES}}</w:t>
                </w:r>
              </w:sdtContent>
            </w:sdt>
          </w:p>
          <w:p>
            <w:pPr>
              <w:spacing w:before="0"/>
            </w:pPr>
            <w:r>
              <w:t xml:space="preserve"> </w:t>
            </w:r>
          </w:p>
          <w:p>
            <w:pPr>
              <w:spacing w:before="0"/>
            </w:pPr>
            <w:r>
              <w:t xml:space="preserve"> 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605" w:right="720" w:bottom="60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forms" w:enforcement="1" w:formatting="0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