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84" w:type="dxa"/>
        <w:jc w:val="center"/>
        <w:tblLayout w:type="fixed"/>
        <w:tblLook w:val="04A0" w:firstRow="1" w:lastRow="0" w:firstColumn="1" w:lastColumn="0" w:noHBand="0" w:noVBand="1"/>
      </w:tblPr>
      <w:tblGrid>
        <w:gridCol w:w="8646"/>
        <w:gridCol w:w="1938"/>
      </w:tblGrid>
      <w:tr w:rsidR="00C42C26" w14:paraId="45F2CA37" w14:textId="77777777">
        <w:trPr>
          <w:trHeight w:val="315"/>
          <w:jc w:val="center"/>
        </w:trPr>
        <w:tc>
          <w:tcPr>
            <w:tcW w:w="8352" w:type="dxa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46F44633" w14:textId="77777777" w:rsidR="00C42C26" w:rsidRDefault="002E3083">
            <w:pPr>
              <w:keepLines/>
              <w:spacing w:after="0" w:line="240" w:lineRule="auto"/>
            </w:pPr>
            <w:r>
              <w:rPr>
                <w:b/>
                <w:sz w:val="44"/>
              </w:rPr>
              <w:t>HARD MONEY</w:t>
            </w:r>
            <w:r>
              <w:rPr>
                <w:b/>
                <w:sz w:val="44"/>
              </w:rPr>
              <w:br/>
              <w:t>LOAN APPLICATION</w:t>
            </w:r>
          </w:p>
        </w:tc>
        <w:tc>
          <w:tcPr>
            <w:tcW w:w="1872" w:type="dxa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2435FB34" w14:textId="77777777" w:rsidR="00C42C26" w:rsidRDefault="002E3083">
            <w:pPr>
              <w:keepLines/>
              <w:spacing w:after="0" w:line="240" w:lineRule="auto"/>
              <w:jc w:val="center"/>
            </w:pPr>
            <w:r>
              <w:rPr>
                <w:noProof/>
                <w:sz w:val="14"/>
              </w:rPr>
              <w:drawing>
                <wp:inline distT="0" distB="0" distL="0" distR="0" wp14:anchorId="5B08F487" wp14:editId="0199C819">
                  <wp:extent cx="868680" cy="86868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rtna_logo_crop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680" cy="868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446F08" w14:textId="77777777" w:rsidR="00C42C26" w:rsidRDefault="002E3083">
      <w:pPr>
        <w:spacing w:before="60" w:after="20"/>
        <w:ind w:left="324" w:right="324"/>
      </w:pPr>
      <w:r>
        <w:rPr>
          <w:b/>
          <w:sz w:val="18"/>
        </w:rPr>
        <w:t>BORROWER INFORMATION</w:t>
      </w:r>
    </w:p>
    <w:tbl>
      <w:tblPr>
        <w:tblStyle w:val="TableGrid"/>
        <w:tblW w:w="10584" w:type="dxa"/>
        <w:jc w:val="center"/>
        <w:tblLayout w:type="fixed"/>
        <w:tblLook w:val="04A0" w:firstRow="1" w:lastRow="0" w:firstColumn="1" w:lastColumn="0" w:noHBand="0" w:noVBand="1"/>
      </w:tblPr>
      <w:tblGrid>
        <w:gridCol w:w="4738"/>
        <w:gridCol w:w="2133"/>
        <w:gridCol w:w="1738"/>
        <w:gridCol w:w="1975"/>
      </w:tblGrid>
      <w:tr w:rsidR="00C42C26" w14:paraId="6D5E6A28" w14:textId="77777777">
        <w:trPr>
          <w:trHeight w:val="315"/>
          <w:jc w:val="center"/>
        </w:trPr>
        <w:tc>
          <w:tcPr>
            <w:tcW w:w="4320" w:type="dxa"/>
            <w:shd w:val="clear" w:color="auto" w:fill="FFF4E6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72645195" w14:textId="77777777" w:rsidR="00C42C26" w:rsidRDefault="002E3083">
            <w:pPr>
              <w:keepLines/>
            </w:pPr>
            <w:r>
              <w:rPr>
                <w:b/>
                <w:sz w:val="14"/>
              </w:rPr>
              <w:t>Name of Borrower:</w:t>
            </w:r>
          </w:p>
          <w:p w14:paraId="0D9AAC81" w14:textId="565F18A6" w:rsidR="00C42C26" w:rsidRDefault="002E3083">
            <w:pPr>
              <w:keepLines/>
            </w:pPr>
            <w:sdt>
              <w:sdtPr>
                <w:alias w:val="BORROWER_NAME"/>
                <w:tag w:val="BORROWER_NAME"/>
                <w:id w:val="-1459179813"/>
                <w:showingPlcHdr/>
                <w:text/>
              </w:sdtPr>
              <w:sdtEndPr/>
              <w:sdtContent>
                <w:r w:rsidR="00AD5E96">
                  <w:t xml:space="preserve">     </w:t>
                </w:r>
              </w:sdtContent>
            </w:sdt>
          </w:p>
        </w:tc>
        <w:tc>
          <w:tcPr>
            <w:tcW w:w="1944" w:type="dxa"/>
            <w:shd w:val="clear" w:color="auto" w:fill="FFF4E6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01D88F95" w14:textId="77777777" w:rsidR="00C42C26" w:rsidRDefault="002E3083">
            <w:pPr>
              <w:keepLines/>
            </w:pPr>
            <w:r>
              <w:rPr>
                <w:b/>
                <w:sz w:val="14"/>
              </w:rPr>
              <w:t>Date of Birth:</w:t>
            </w:r>
          </w:p>
          <w:p w14:paraId="6C08FBE0" w14:textId="7F4D6E27" w:rsidR="00C42C26" w:rsidRDefault="002E3083">
            <w:pPr>
              <w:keepLines/>
            </w:pPr>
            <w:sdt>
              <w:sdtPr>
                <w:alias w:val="DOB"/>
                <w:tag w:val="DOB"/>
                <w:id w:val="1531609248"/>
                <w:showingPlcHdr/>
                <w:text/>
              </w:sdtPr>
              <w:sdtEndPr/>
              <w:sdtContent>
                <w:r w:rsidR="00F70AA3">
                  <w:t xml:space="preserve">     </w:t>
                </w:r>
              </w:sdtContent>
            </w:sdt>
          </w:p>
        </w:tc>
        <w:tc>
          <w:tcPr>
            <w:tcW w:w="1584" w:type="dxa"/>
            <w:shd w:val="clear" w:color="auto" w:fill="FFF4E6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2FB3BBC9" w14:textId="77777777" w:rsidR="00C42C26" w:rsidRDefault="002E3083">
            <w:pPr>
              <w:keepLines/>
            </w:pPr>
            <w:r>
              <w:rPr>
                <w:b/>
                <w:sz w:val="14"/>
              </w:rPr>
              <w:t>SSN:</w:t>
            </w:r>
          </w:p>
          <w:p w14:paraId="1D37DEB8" w14:textId="1E3791E1" w:rsidR="00C42C26" w:rsidRDefault="002E3083">
            <w:pPr>
              <w:keepLines/>
            </w:pPr>
            <w:sdt>
              <w:sdtPr>
                <w:alias w:val="SSN"/>
                <w:tag w:val="SSN"/>
                <w:id w:val="-435744106"/>
                <w:showingPlcHdr/>
                <w:text/>
              </w:sdtPr>
              <w:sdtEndPr/>
              <w:sdtContent>
                <w:r w:rsidR="00F70AA3">
                  <w:t xml:space="preserve">     </w:t>
                </w:r>
              </w:sdtContent>
            </w:sdt>
          </w:p>
        </w:tc>
        <w:tc>
          <w:tcPr>
            <w:tcW w:w="1800" w:type="dxa"/>
            <w:shd w:val="clear" w:color="auto" w:fill="FFF4E6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03680460" w14:textId="77777777" w:rsidR="00C42C26" w:rsidRDefault="002E3083">
            <w:pPr>
              <w:keepLines/>
            </w:pPr>
            <w:r>
              <w:rPr>
                <w:b/>
                <w:sz w:val="14"/>
              </w:rPr>
              <w:t>TDL:</w:t>
            </w:r>
          </w:p>
          <w:p w14:paraId="487C8DF2" w14:textId="7CF6A2A2" w:rsidR="00C42C26" w:rsidRDefault="002E3083">
            <w:pPr>
              <w:keepLines/>
            </w:pPr>
            <w:sdt>
              <w:sdtPr>
                <w:alias w:val="TDL"/>
                <w:tag w:val="TDL"/>
                <w:id w:val="1063832323"/>
                <w:showingPlcHdr/>
                <w:text/>
              </w:sdtPr>
              <w:sdtEndPr/>
              <w:sdtContent>
                <w:r w:rsidR="00F70AA3">
                  <w:t xml:space="preserve">     </w:t>
                </w:r>
              </w:sdtContent>
            </w:sdt>
          </w:p>
        </w:tc>
      </w:tr>
      <w:tr w:rsidR="00C42C26" w14:paraId="6F2BD50A" w14:textId="77777777">
        <w:trPr>
          <w:trHeight w:val="315"/>
          <w:jc w:val="center"/>
        </w:trPr>
        <w:tc>
          <w:tcPr>
            <w:tcW w:w="4320" w:type="dxa"/>
            <w:shd w:val="clear" w:color="auto" w:fill="FFF4E6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5A1B7A4A" w14:textId="77777777" w:rsidR="00C42C26" w:rsidRDefault="002E3083">
            <w:pPr>
              <w:keepLines/>
            </w:pPr>
            <w:r>
              <w:rPr>
                <w:b/>
                <w:sz w:val="14"/>
              </w:rPr>
              <w:t>Contact Person:</w:t>
            </w:r>
          </w:p>
          <w:p w14:paraId="6B2F492A" w14:textId="709139F9" w:rsidR="00C42C26" w:rsidRDefault="002E3083">
            <w:pPr>
              <w:keepLines/>
            </w:pPr>
            <w:sdt>
              <w:sdtPr>
                <w:alias w:val="CONTACT_PERSON"/>
                <w:tag w:val="CONTACT_PERSON"/>
                <w:id w:val="-1559782001"/>
                <w:showingPlcHdr/>
                <w:text/>
              </w:sdtPr>
              <w:sdtEndPr/>
              <w:sdtContent>
                <w:r w:rsidR="00F70AA3">
                  <w:t xml:space="preserve">     </w:t>
                </w:r>
              </w:sdtContent>
            </w:sdt>
          </w:p>
        </w:tc>
        <w:tc>
          <w:tcPr>
            <w:tcW w:w="1944" w:type="dxa"/>
            <w:shd w:val="clear" w:color="auto" w:fill="FFF4E6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1016B9C3" w14:textId="77777777" w:rsidR="00C42C26" w:rsidRDefault="002E3083">
            <w:pPr>
              <w:keepLines/>
            </w:pPr>
            <w:r>
              <w:rPr>
                <w:b/>
                <w:sz w:val="14"/>
              </w:rPr>
              <w:t>Phone:</w:t>
            </w:r>
          </w:p>
          <w:p w14:paraId="52E117B9" w14:textId="08D5E932" w:rsidR="00C42C26" w:rsidRDefault="002E3083">
            <w:pPr>
              <w:keepLines/>
            </w:pPr>
            <w:sdt>
              <w:sdtPr>
                <w:alias w:val="PHONE"/>
                <w:tag w:val="PHONE"/>
                <w:id w:val="-639730641"/>
                <w:showingPlcHdr/>
                <w:text/>
              </w:sdtPr>
              <w:sdtEndPr/>
              <w:sdtContent>
                <w:r w:rsidR="00F70AA3">
                  <w:t xml:space="preserve">     </w:t>
                </w:r>
              </w:sdtContent>
            </w:sdt>
          </w:p>
        </w:tc>
        <w:tc>
          <w:tcPr>
            <w:tcW w:w="1584" w:type="dxa"/>
            <w:shd w:val="clear" w:color="auto" w:fill="FFF4E6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205802A7" w14:textId="77777777" w:rsidR="00C42C26" w:rsidRDefault="002E3083">
            <w:pPr>
              <w:keepLines/>
            </w:pPr>
            <w:r>
              <w:rPr>
                <w:b/>
                <w:sz w:val="14"/>
              </w:rPr>
              <w:t>Fax:</w:t>
            </w:r>
          </w:p>
          <w:p w14:paraId="6B6A9077" w14:textId="0EC911B1" w:rsidR="00C42C26" w:rsidRDefault="002E3083">
            <w:pPr>
              <w:keepLines/>
            </w:pPr>
            <w:sdt>
              <w:sdtPr>
                <w:alias w:val="FAX"/>
                <w:tag w:val="FAX"/>
                <w:id w:val="1862624761"/>
                <w:showingPlcHdr/>
                <w:text/>
              </w:sdtPr>
              <w:sdtEndPr/>
              <w:sdtContent>
                <w:r w:rsidR="00F70AA3">
                  <w:t xml:space="preserve">     </w:t>
                </w:r>
              </w:sdtContent>
            </w:sdt>
          </w:p>
        </w:tc>
        <w:tc>
          <w:tcPr>
            <w:tcW w:w="1800" w:type="dxa"/>
            <w:shd w:val="clear" w:color="auto" w:fill="FFF4E6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7235103A" w14:textId="77777777" w:rsidR="00C42C26" w:rsidRDefault="002E3083">
            <w:pPr>
              <w:keepLines/>
            </w:pPr>
            <w:r>
              <w:rPr>
                <w:b/>
                <w:sz w:val="14"/>
              </w:rPr>
              <w:t>Cell:</w:t>
            </w:r>
          </w:p>
          <w:p w14:paraId="78BC6998" w14:textId="3D2D5F75" w:rsidR="00C42C26" w:rsidRDefault="002E3083">
            <w:pPr>
              <w:keepLines/>
            </w:pPr>
            <w:sdt>
              <w:sdtPr>
                <w:alias w:val="CELL"/>
                <w:tag w:val="CELL"/>
                <w:id w:val="1508170608"/>
                <w:showingPlcHdr/>
                <w:text/>
              </w:sdtPr>
              <w:sdtEndPr/>
              <w:sdtContent>
                <w:r w:rsidR="00F70AA3">
                  <w:t xml:space="preserve">     </w:t>
                </w:r>
              </w:sdtContent>
            </w:sdt>
          </w:p>
        </w:tc>
      </w:tr>
      <w:tr w:rsidR="00C42C26" w14:paraId="3B37E3D4" w14:textId="77777777">
        <w:trPr>
          <w:trHeight w:val="315"/>
          <w:jc w:val="center"/>
        </w:trPr>
        <w:tc>
          <w:tcPr>
            <w:tcW w:w="4320" w:type="dxa"/>
            <w:shd w:val="clear" w:color="auto" w:fill="FFF4E6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7F98E554" w14:textId="77777777" w:rsidR="00C42C26" w:rsidRDefault="002E3083">
            <w:pPr>
              <w:keepLines/>
            </w:pPr>
            <w:r>
              <w:rPr>
                <w:b/>
                <w:sz w:val="14"/>
              </w:rPr>
              <w:t>Address:</w:t>
            </w:r>
          </w:p>
          <w:p w14:paraId="27A2BBBB" w14:textId="72B8FAAA" w:rsidR="00C42C26" w:rsidRDefault="002E3083">
            <w:pPr>
              <w:keepLines/>
            </w:pPr>
            <w:sdt>
              <w:sdtPr>
                <w:alias w:val="BORROWER_ADDRESS"/>
                <w:tag w:val="BORROWER_ADDRESS"/>
                <w:id w:val="-1101804963"/>
                <w:showingPlcHdr/>
                <w:text/>
              </w:sdtPr>
              <w:sdtEndPr/>
              <w:sdtContent>
                <w:r w:rsidR="00F70AA3">
                  <w:t xml:space="preserve">     </w:t>
                </w:r>
              </w:sdtContent>
            </w:sdt>
          </w:p>
        </w:tc>
        <w:tc>
          <w:tcPr>
            <w:tcW w:w="1944" w:type="dxa"/>
            <w:shd w:val="clear" w:color="auto" w:fill="FFF4E6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2908C449" w14:textId="77777777" w:rsidR="00C42C26" w:rsidRDefault="002E3083">
            <w:pPr>
              <w:keepLines/>
            </w:pPr>
            <w:r>
              <w:rPr>
                <w:b/>
                <w:sz w:val="14"/>
              </w:rPr>
              <w:t>City:</w:t>
            </w:r>
          </w:p>
          <w:p w14:paraId="505EE5B5" w14:textId="45E02830" w:rsidR="00C42C26" w:rsidRDefault="002E3083">
            <w:pPr>
              <w:keepLines/>
            </w:pPr>
            <w:sdt>
              <w:sdtPr>
                <w:alias w:val="BORROWER_CITY"/>
                <w:tag w:val="BORROWER_CITY"/>
                <w:id w:val="-1127166174"/>
                <w:showingPlcHdr/>
                <w:text/>
              </w:sdtPr>
              <w:sdtEndPr/>
              <w:sdtContent>
                <w:r w:rsidR="00F70AA3">
                  <w:t xml:space="preserve">     </w:t>
                </w:r>
              </w:sdtContent>
            </w:sdt>
          </w:p>
        </w:tc>
        <w:tc>
          <w:tcPr>
            <w:tcW w:w="1584" w:type="dxa"/>
            <w:shd w:val="clear" w:color="auto" w:fill="FFF4E6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639F2BA4" w14:textId="77777777" w:rsidR="00C42C26" w:rsidRDefault="002E3083">
            <w:pPr>
              <w:keepLines/>
            </w:pPr>
            <w:r>
              <w:rPr>
                <w:b/>
                <w:sz w:val="14"/>
              </w:rPr>
              <w:t>State:</w:t>
            </w:r>
          </w:p>
          <w:p w14:paraId="6C5A1914" w14:textId="68F220BA" w:rsidR="00C42C26" w:rsidRDefault="002E3083">
            <w:pPr>
              <w:keepLines/>
            </w:pPr>
            <w:sdt>
              <w:sdtPr>
                <w:alias w:val="BORROWER_STATE"/>
                <w:tag w:val="BORROWER_STATE"/>
                <w:id w:val="-1183971125"/>
                <w:showingPlcHdr/>
                <w:text/>
              </w:sdtPr>
              <w:sdtEndPr/>
              <w:sdtContent>
                <w:r w:rsidR="00F70AA3">
                  <w:t xml:space="preserve">     </w:t>
                </w:r>
              </w:sdtContent>
            </w:sdt>
          </w:p>
        </w:tc>
        <w:tc>
          <w:tcPr>
            <w:tcW w:w="1800" w:type="dxa"/>
            <w:shd w:val="clear" w:color="auto" w:fill="FFF4E6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578100B0" w14:textId="77777777" w:rsidR="00C42C26" w:rsidRDefault="002E3083">
            <w:pPr>
              <w:keepLines/>
            </w:pPr>
            <w:r>
              <w:rPr>
                <w:b/>
                <w:sz w:val="14"/>
              </w:rPr>
              <w:t>Zip Code:</w:t>
            </w:r>
          </w:p>
          <w:p w14:paraId="0B04337C" w14:textId="5692C7C4" w:rsidR="00C42C26" w:rsidRDefault="002E3083">
            <w:pPr>
              <w:keepLines/>
            </w:pPr>
            <w:sdt>
              <w:sdtPr>
                <w:alias w:val="BORROWER_ZIP"/>
                <w:tag w:val="BORROWER_ZIP"/>
                <w:id w:val="-1373990943"/>
                <w:showingPlcHdr/>
                <w:text/>
              </w:sdtPr>
              <w:sdtEndPr/>
              <w:sdtContent>
                <w:r w:rsidR="00F70AA3">
                  <w:t xml:space="preserve">     </w:t>
                </w:r>
              </w:sdtContent>
            </w:sdt>
          </w:p>
        </w:tc>
      </w:tr>
      <w:tr w:rsidR="00C42C26" w14:paraId="699FE02A" w14:textId="77777777">
        <w:trPr>
          <w:trHeight w:val="315"/>
          <w:jc w:val="center"/>
        </w:trPr>
        <w:tc>
          <w:tcPr>
            <w:tcW w:w="9648" w:type="dxa"/>
            <w:gridSpan w:val="4"/>
            <w:shd w:val="clear" w:color="auto" w:fill="FFF4E6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6A2C164D" w14:textId="77777777" w:rsidR="00C42C26" w:rsidRDefault="002E3083">
            <w:pPr>
              <w:keepLines/>
            </w:pPr>
            <w:r>
              <w:rPr>
                <w:b/>
                <w:sz w:val="14"/>
              </w:rPr>
              <w:t>Email:</w:t>
            </w:r>
          </w:p>
          <w:p w14:paraId="38608375" w14:textId="77A14734" w:rsidR="00C42C26" w:rsidRDefault="002E3083">
            <w:pPr>
              <w:keepLines/>
            </w:pPr>
            <w:sdt>
              <w:sdtPr>
                <w:alias w:val="BORROWER_EMAIL"/>
                <w:tag w:val="BORROWER_EMAIL"/>
                <w:id w:val="-66654939"/>
                <w:showingPlcHdr/>
                <w:text/>
              </w:sdtPr>
              <w:sdtEndPr/>
              <w:sdtContent>
                <w:r w:rsidR="00F70AA3">
                  <w:t xml:space="preserve">     </w:t>
                </w:r>
              </w:sdtContent>
            </w:sdt>
          </w:p>
        </w:tc>
      </w:tr>
    </w:tbl>
    <w:p w14:paraId="3567A218" w14:textId="77777777" w:rsidR="00C42C26" w:rsidRDefault="002E3083">
      <w:pPr>
        <w:spacing w:before="60" w:after="20"/>
        <w:ind w:left="324" w:right="324"/>
      </w:pPr>
      <w:r>
        <w:rPr>
          <w:b/>
          <w:sz w:val="18"/>
        </w:rPr>
        <w:t>PROPERTY INFORMATION</w:t>
      </w:r>
    </w:p>
    <w:tbl>
      <w:tblPr>
        <w:tblStyle w:val="TableGrid"/>
        <w:tblW w:w="10584" w:type="dxa"/>
        <w:jc w:val="center"/>
        <w:tblLayout w:type="fixed"/>
        <w:tblLook w:val="04A0" w:firstRow="1" w:lastRow="0" w:firstColumn="1" w:lastColumn="0" w:noHBand="0" w:noVBand="1"/>
      </w:tblPr>
      <w:tblGrid>
        <w:gridCol w:w="3773"/>
        <w:gridCol w:w="1895"/>
        <w:gridCol w:w="1644"/>
        <w:gridCol w:w="3272"/>
      </w:tblGrid>
      <w:tr w:rsidR="00C42C26" w14:paraId="0D169613" w14:textId="77777777">
        <w:trPr>
          <w:trHeight w:val="315"/>
          <w:jc w:val="center"/>
        </w:trPr>
        <w:tc>
          <w:tcPr>
            <w:tcW w:w="4320" w:type="dxa"/>
            <w:shd w:val="clear" w:color="auto" w:fill="FFF4E6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63C24FB4" w14:textId="77777777" w:rsidR="00C42C26" w:rsidRDefault="002E3083">
            <w:pPr>
              <w:keepLines/>
            </w:pPr>
            <w:r>
              <w:rPr>
                <w:b/>
                <w:sz w:val="14"/>
              </w:rPr>
              <w:t>Address:</w:t>
            </w:r>
          </w:p>
          <w:p w14:paraId="30789631" w14:textId="0DFAB5D2" w:rsidR="00C42C26" w:rsidRDefault="002E3083">
            <w:pPr>
              <w:keepLines/>
            </w:pPr>
            <w:sdt>
              <w:sdtPr>
                <w:alias w:val="PROPERTY_ADDRESS"/>
                <w:tag w:val="PROPERTY_ADDRESS"/>
                <w:id w:val="450212025"/>
                <w:showingPlcHdr/>
                <w:text/>
              </w:sdtPr>
              <w:sdtEndPr/>
              <w:sdtContent>
                <w:r w:rsidR="00F70AA3">
                  <w:t xml:space="preserve">     </w:t>
                </w:r>
              </w:sdtContent>
            </w:sdt>
          </w:p>
        </w:tc>
        <w:tc>
          <w:tcPr>
            <w:tcW w:w="1944" w:type="dxa"/>
            <w:shd w:val="clear" w:color="auto" w:fill="FFF4E6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1D269B90" w14:textId="77777777" w:rsidR="00C42C26" w:rsidRDefault="002E3083">
            <w:pPr>
              <w:keepLines/>
            </w:pPr>
            <w:r>
              <w:rPr>
                <w:b/>
                <w:sz w:val="14"/>
              </w:rPr>
              <w:t>City:</w:t>
            </w:r>
          </w:p>
          <w:p w14:paraId="6D2A9AE8" w14:textId="77D29ECE" w:rsidR="00C42C26" w:rsidRDefault="002E3083">
            <w:pPr>
              <w:keepLines/>
            </w:pPr>
            <w:sdt>
              <w:sdtPr>
                <w:alias w:val="PROPERTY_CITY"/>
                <w:tag w:val="PROPERTY_CITY"/>
                <w:id w:val="403807153"/>
                <w:showingPlcHdr/>
                <w:text/>
              </w:sdtPr>
              <w:sdtEndPr/>
              <w:sdtContent>
                <w:r w:rsidR="00F70AA3">
                  <w:t xml:space="preserve">     </w:t>
                </w:r>
              </w:sdtContent>
            </w:sdt>
          </w:p>
        </w:tc>
        <w:tc>
          <w:tcPr>
            <w:tcW w:w="1584" w:type="dxa"/>
            <w:shd w:val="clear" w:color="auto" w:fill="FFF4E6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1685ADF2" w14:textId="77777777" w:rsidR="00C42C26" w:rsidRDefault="002E3083">
            <w:pPr>
              <w:keepLines/>
            </w:pPr>
            <w:r>
              <w:rPr>
                <w:b/>
                <w:sz w:val="14"/>
              </w:rPr>
              <w:t>State:</w:t>
            </w:r>
          </w:p>
          <w:p w14:paraId="216ED38A" w14:textId="7B05560F" w:rsidR="00C42C26" w:rsidRDefault="002E3083">
            <w:pPr>
              <w:keepLines/>
            </w:pPr>
            <w:sdt>
              <w:sdtPr>
                <w:alias w:val="PROPERTY_STATE"/>
                <w:tag w:val="PROPERTY_STATE"/>
                <w:id w:val="1002469806"/>
                <w:showingPlcHdr/>
                <w:text/>
              </w:sdtPr>
              <w:sdtEndPr/>
              <w:sdtContent>
                <w:r w:rsidR="00F70AA3">
                  <w:t xml:space="preserve">     </w:t>
                </w:r>
              </w:sdtContent>
            </w:sdt>
          </w:p>
        </w:tc>
        <w:tc>
          <w:tcPr>
            <w:tcW w:w="1800" w:type="dxa"/>
            <w:shd w:val="clear" w:color="auto" w:fill="FFF4E6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33B61892" w14:textId="77777777" w:rsidR="00C42C26" w:rsidRDefault="002E3083">
            <w:pPr>
              <w:keepLines/>
            </w:pPr>
            <w:r>
              <w:rPr>
                <w:b/>
                <w:sz w:val="14"/>
              </w:rPr>
              <w:t>Zip Code:</w:t>
            </w:r>
          </w:p>
          <w:p w14:paraId="6BD95ECC" w14:textId="6DCB0F74" w:rsidR="00C42C26" w:rsidRDefault="002E3083">
            <w:pPr>
              <w:keepLines/>
            </w:pPr>
            <w:sdt>
              <w:sdtPr>
                <w:alias w:val="PROPERTY_ZIP"/>
                <w:tag w:val="PROPERTY_ZIP"/>
                <w:id w:val="1473099681"/>
                <w:showingPlcHdr/>
                <w:text/>
              </w:sdtPr>
              <w:sdtEndPr/>
              <w:sdtContent>
                <w:r w:rsidR="00F70AA3">
                  <w:t xml:space="preserve">     </w:t>
                </w:r>
              </w:sdtContent>
            </w:sdt>
          </w:p>
        </w:tc>
      </w:tr>
      <w:tr w:rsidR="00C42C26" w14:paraId="7ADEFC47" w14:textId="77777777">
        <w:trPr>
          <w:trHeight w:val="315"/>
          <w:jc w:val="center"/>
        </w:trPr>
        <w:tc>
          <w:tcPr>
            <w:tcW w:w="9648" w:type="dxa"/>
            <w:gridSpan w:val="4"/>
            <w:shd w:val="clear" w:color="auto" w:fill="FFF4E6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368801FD" w14:textId="77777777" w:rsidR="00C42C26" w:rsidRDefault="002E3083">
            <w:pPr>
              <w:keepLines/>
            </w:pPr>
            <w:r>
              <w:rPr>
                <w:b/>
                <w:sz w:val="14"/>
              </w:rPr>
              <w:t>Legal Description:</w:t>
            </w:r>
          </w:p>
          <w:p w14:paraId="1AC10B66" w14:textId="467F2ABC" w:rsidR="00C42C26" w:rsidRDefault="002E3083">
            <w:pPr>
              <w:keepLines/>
            </w:pPr>
            <w:sdt>
              <w:sdtPr>
                <w:alias w:val="LEGAL_DESCRIPTION"/>
                <w:tag w:val="LEGAL_DESCRIPTION"/>
                <w:id w:val="47881277"/>
                <w:showingPlcHdr/>
                <w:text/>
              </w:sdtPr>
              <w:sdtEndPr/>
              <w:sdtContent>
                <w:r w:rsidR="00F70AA3">
                  <w:t xml:space="preserve">     </w:t>
                </w:r>
              </w:sdtContent>
            </w:sdt>
          </w:p>
        </w:tc>
      </w:tr>
      <w:tr w:rsidR="00C42C26" w14:paraId="431D8749" w14:textId="77777777">
        <w:trPr>
          <w:trHeight w:val="315"/>
          <w:jc w:val="center"/>
        </w:trPr>
        <w:tc>
          <w:tcPr>
            <w:tcW w:w="9648" w:type="dxa"/>
            <w:gridSpan w:val="4"/>
            <w:shd w:val="clear" w:color="auto" w:fill="FFF4E6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578120C9" w14:textId="77777777" w:rsidR="00C42C26" w:rsidRDefault="002E3083">
            <w:pPr>
              <w:keepLines/>
            </w:pPr>
            <w:r>
              <w:rPr>
                <w:b/>
                <w:sz w:val="14"/>
              </w:rPr>
              <w:t>Lock Box Code:</w:t>
            </w:r>
          </w:p>
          <w:p w14:paraId="0FD39591" w14:textId="1344C1B9" w:rsidR="00C42C26" w:rsidRDefault="002E3083">
            <w:pPr>
              <w:keepLines/>
            </w:pPr>
            <w:sdt>
              <w:sdtPr>
                <w:alias w:val="LOCKBOX_CODE"/>
                <w:tag w:val="LOCKBOX_CODE"/>
                <w:id w:val="1010111319"/>
                <w:showingPlcHdr/>
                <w:text/>
              </w:sdtPr>
              <w:sdtEndPr/>
              <w:sdtContent>
                <w:r w:rsidR="00F70AA3">
                  <w:t xml:space="preserve">     </w:t>
                </w:r>
              </w:sdtContent>
            </w:sdt>
          </w:p>
        </w:tc>
      </w:tr>
      <w:tr w:rsidR="00C42C26" w14:paraId="039C07AF" w14:textId="77777777">
        <w:trPr>
          <w:trHeight w:val="315"/>
          <w:jc w:val="center"/>
        </w:trPr>
        <w:tc>
          <w:tcPr>
            <w:tcW w:w="4320" w:type="dxa"/>
            <w:shd w:val="clear" w:color="auto" w:fill="FFF4E6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5EDBCA6B" w14:textId="77777777" w:rsidR="00C42C26" w:rsidRDefault="002E3083">
            <w:pPr>
              <w:keepLines/>
            </w:pPr>
            <w:r>
              <w:rPr>
                <w:b/>
                <w:sz w:val="14"/>
              </w:rPr>
              <w:t>Title Company:</w:t>
            </w:r>
          </w:p>
          <w:p w14:paraId="30F14EFA" w14:textId="58548A52" w:rsidR="00C42C26" w:rsidRDefault="002E3083">
            <w:pPr>
              <w:keepLines/>
            </w:pPr>
            <w:sdt>
              <w:sdtPr>
                <w:alias w:val="TITLE_COMPANY"/>
                <w:tag w:val="TITLE_COMPANY"/>
                <w:id w:val="733739448"/>
                <w:showingPlcHdr/>
                <w:text/>
              </w:sdtPr>
              <w:sdtEndPr/>
              <w:sdtContent>
                <w:r w:rsidR="00F70AA3">
                  <w:t xml:space="preserve">     </w:t>
                </w:r>
              </w:sdtContent>
            </w:sdt>
          </w:p>
        </w:tc>
        <w:tc>
          <w:tcPr>
            <w:tcW w:w="1944" w:type="dxa"/>
            <w:shd w:val="clear" w:color="auto" w:fill="FFF4E6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346F9A13" w14:textId="77777777" w:rsidR="00C42C26" w:rsidRDefault="002E3083">
            <w:pPr>
              <w:keepLines/>
            </w:pPr>
            <w:r>
              <w:rPr>
                <w:b/>
                <w:sz w:val="14"/>
              </w:rPr>
              <w:t>Closer:</w:t>
            </w:r>
          </w:p>
          <w:p w14:paraId="387688CB" w14:textId="2C4006E0" w:rsidR="00C42C26" w:rsidRDefault="002E3083">
            <w:pPr>
              <w:keepLines/>
            </w:pPr>
            <w:sdt>
              <w:sdtPr>
                <w:alias w:val="CLOSER"/>
                <w:tag w:val="CLOSER"/>
                <w:id w:val="2143074337"/>
                <w:showingPlcHdr/>
                <w:text/>
              </w:sdtPr>
              <w:sdtEndPr/>
              <w:sdtContent>
                <w:r w:rsidR="00F70AA3">
                  <w:t xml:space="preserve">     </w:t>
                </w:r>
              </w:sdtContent>
            </w:sdt>
          </w:p>
        </w:tc>
        <w:tc>
          <w:tcPr>
            <w:tcW w:w="3384" w:type="dxa"/>
            <w:gridSpan w:val="2"/>
            <w:shd w:val="clear" w:color="auto" w:fill="FFF4E6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366AAEEF" w14:textId="77777777" w:rsidR="00C42C26" w:rsidRDefault="002E3083">
            <w:pPr>
              <w:keepLines/>
            </w:pPr>
            <w:r>
              <w:rPr>
                <w:b/>
                <w:sz w:val="14"/>
              </w:rPr>
              <w:t>Email:</w:t>
            </w:r>
          </w:p>
          <w:p w14:paraId="35C5E2D6" w14:textId="4FAC167E" w:rsidR="00C42C26" w:rsidRDefault="002E3083">
            <w:pPr>
              <w:keepLines/>
            </w:pPr>
            <w:sdt>
              <w:sdtPr>
                <w:alias w:val="CLOSER_EMAIL"/>
                <w:tag w:val="CLOSER_EMAIL"/>
                <w:id w:val="471800099"/>
                <w:showingPlcHdr/>
                <w:text/>
              </w:sdtPr>
              <w:sdtEndPr/>
              <w:sdtContent>
                <w:r w:rsidR="00F70AA3">
                  <w:t xml:space="preserve">     </w:t>
                </w:r>
              </w:sdtContent>
            </w:sdt>
          </w:p>
        </w:tc>
      </w:tr>
      <w:tr w:rsidR="00C42C26" w14:paraId="1ACEE3BE" w14:textId="77777777">
        <w:trPr>
          <w:trHeight w:val="315"/>
          <w:jc w:val="center"/>
        </w:trPr>
        <w:tc>
          <w:tcPr>
            <w:tcW w:w="4320" w:type="dxa"/>
            <w:shd w:val="clear" w:color="auto" w:fill="FFF4E6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13DF732F" w14:textId="77777777" w:rsidR="00C42C26" w:rsidRDefault="002E3083">
            <w:pPr>
              <w:keepLines/>
            </w:pPr>
            <w:r>
              <w:rPr>
                <w:b/>
                <w:sz w:val="14"/>
              </w:rPr>
              <w:t>Address:</w:t>
            </w:r>
          </w:p>
          <w:p w14:paraId="7E5284CC" w14:textId="48E334CA" w:rsidR="00C42C26" w:rsidRDefault="002E3083">
            <w:pPr>
              <w:keepLines/>
            </w:pPr>
            <w:sdt>
              <w:sdtPr>
                <w:alias w:val="TITLE_ADDRESS"/>
                <w:tag w:val="TITLE_ADDRESS"/>
                <w:id w:val="-1381937242"/>
                <w:showingPlcHdr/>
                <w:text/>
              </w:sdtPr>
              <w:sdtEndPr/>
              <w:sdtContent>
                <w:r w:rsidR="00F70AA3">
                  <w:t xml:space="preserve">     </w:t>
                </w:r>
              </w:sdtContent>
            </w:sdt>
          </w:p>
        </w:tc>
        <w:tc>
          <w:tcPr>
            <w:tcW w:w="1944" w:type="dxa"/>
            <w:shd w:val="clear" w:color="auto" w:fill="FFF4E6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3EBD8530" w14:textId="77777777" w:rsidR="00C42C26" w:rsidRDefault="002E3083">
            <w:pPr>
              <w:keepLines/>
            </w:pPr>
            <w:r>
              <w:rPr>
                <w:b/>
                <w:sz w:val="14"/>
              </w:rPr>
              <w:t>City:</w:t>
            </w:r>
          </w:p>
          <w:p w14:paraId="07AB5EAE" w14:textId="78AF51F1" w:rsidR="00C42C26" w:rsidRDefault="002E3083">
            <w:pPr>
              <w:keepLines/>
            </w:pPr>
            <w:sdt>
              <w:sdtPr>
                <w:alias w:val="TITLE_CITY"/>
                <w:tag w:val="TITLE_CITY"/>
                <w:id w:val="-524481401"/>
                <w:showingPlcHdr/>
                <w:text/>
              </w:sdtPr>
              <w:sdtEndPr/>
              <w:sdtContent>
                <w:r w:rsidR="00F70AA3">
                  <w:t xml:space="preserve">     </w:t>
                </w:r>
              </w:sdtContent>
            </w:sdt>
          </w:p>
        </w:tc>
        <w:tc>
          <w:tcPr>
            <w:tcW w:w="1584" w:type="dxa"/>
            <w:shd w:val="clear" w:color="auto" w:fill="FFF4E6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545BDD53" w14:textId="77777777" w:rsidR="00C42C26" w:rsidRDefault="002E3083">
            <w:pPr>
              <w:keepLines/>
            </w:pPr>
            <w:r>
              <w:rPr>
                <w:b/>
                <w:sz w:val="14"/>
              </w:rPr>
              <w:t>State:</w:t>
            </w:r>
          </w:p>
          <w:p w14:paraId="6346A81F" w14:textId="65AFE2F3" w:rsidR="00C42C26" w:rsidRDefault="002E3083">
            <w:pPr>
              <w:keepLines/>
            </w:pPr>
            <w:sdt>
              <w:sdtPr>
                <w:alias w:val="TITLE_STATE"/>
                <w:tag w:val="TITLE_STATE"/>
                <w:id w:val="-533723373"/>
                <w:showingPlcHdr/>
                <w:text/>
              </w:sdtPr>
              <w:sdtEndPr/>
              <w:sdtContent>
                <w:r w:rsidR="00F70AA3">
                  <w:t xml:space="preserve">     </w:t>
                </w:r>
              </w:sdtContent>
            </w:sdt>
          </w:p>
        </w:tc>
        <w:tc>
          <w:tcPr>
            <w:tcW w:w="1800" w:type="dxa"/>
            <w:shd w:val="clear" w:color="auto" w:fill="FFF4E6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28AC877A" w14:textId="77777777" w:rsidR="00C42C26" w:rsidRDefault="002E3083">
            <w:pPr>
              <w:keepLines/>
            </w:pPr>
            <w:r>
              <w:rPr>
                <w:b/>
                <w:sz w:val="14"/>
              </w:rPr>
              <w:t>Zip Code:</w:t>
            </w:r>
          </w:p>
          <w:p w14:paraId="7DD62178" w14:textId="4BFE9FCA" w:rsidR="00C42C26" w:rsidRDefault="002E3083">
            <w:pPr>
              <w:keepLines/>
            </w:pPr>
            <w:sdt>
              <w:sdtPr>
                <w:alias w:val="TITLE_ZIP"/>
                <w:tag w:val="TITLE_ZIP"/>
                <w:id w:val="-1299366639"/>
                <w:showingPlcHdr/>
                <w:text/>
              </w:sdtPr>
              <w:sdtEndPr/>
              <w:sdtContent>
                <w:r w:rsidR="00F70AA3">
                  <w:t xml:space="preserve">     </w:t>
                </w:r>
              </w:sdtContent>
            </w:sdt>
          </w:p>
        </w:tc>
      </w:tr>
      <w:tr w:rsidR="00C42C26" w14:paraId="295857E5" w14:textId="77777777">
        <w:trPr>
          <w:trHeight w:val="315"/>
          <w:jc w:val="center"/>
        </w:trPr>
        <w:tc>
          <w:tcPr>
            <w:tcW w:w="6264" w:type="dxa"/>
            <w:gridSpan w:val="2"/>
            <w:shd w:val="clear" w:color="auto" w:fill="FFF4E6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0E03C046" w14:textId="77777777" w:rsidR="00C42C26" w:rsidRDefault="002E3083">
            <w:pPr>
              <w:keepLines/>
            </w:pPr>
            <w:r>
              <w:rPr>
                <w:b/>
                <w:sz w:val="14"/>
              </w:rPr>
              <w:t>Requested Close Date:</w:t>
            </w:r>
          </w:p>
          <w:p w14:paraId="40F40583" w14:textId="746B4A68" w:rsidR="00C42C26" w:rsidRDefault="002E3083">
            <w:pPr>
              <w:keepLines/>
            </w:pPr>
            <w:sdt>
              <w:sdtPr>
                <w:alias w:val="REQUESTED_CLOSE_DATE"/>
                <w:tag w:val="REQUESTED_CLOSE_DATE"/>
                <w:id w:val="-101033669"/>
                <w:showingPlcHdr/>
                <w:text/>
              </w:sdtPr>
              <w:sdtEndPr/>
              <w:sdtContent>
                <w:r w:rsidR="00F70AA3">
                  <w:t xml:space="preserve">     </w:t>
                </w:r>
              </w:sdtContent>
            </w:sdt>
          </w:p>
        </w:tc>
        <w:tc>
          <w:tcPr>
            <w:tcW w:w="3384" w:type="dxa"/>
            <w:gridSpan w:val="2"/>
            <w:shd w:val="clear" w:color="auto" w:fill="FFF4E6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6C844263" w14:textId="77777777" w:rsidR="00C42C26" w:rsidRDefault="002E3083">
            <w:pPr>
              <w:keepLines/>
            </w:pPr>
            <w:r>
              <w:rPr>
                <w:b/>
                <w:sz w:val="14"/>
              </w:rPr>
              <w:t>Purchase Price:</w:t>
            </w:r>
          </w:p>
          <w:p w14:paraId="28F3BAF7" w14:textId="54B49B30" w:rsidR="00C42C26" w:rsidRDefault="002E3083">
            <w:pPr>
              <w:keepLines/>
            </w:pPr>
            <w:sdt>
              <w:sdtPr>
                <w:alias w:val="PURCHASE_PRICE"/>
                <w:tag w:val="PURCHASE_PRICE"/>
                <w:id w:val="-1794353489"/>
                <w:showingPlcHdr/>
                <w:text/>
              </w:sdtPr>
              <w:sdtEndPr/>
              <w:sdtContent>
                <w:r w:rsidR="00F70AA3">
                  <w:t xml:space="preserve">     </w:t>
                </w:r>
              </w:sdtContent>
            </w:sdt>
          </w:p>
        </w:tc>
      </w:tr>
      <w:tr w:rsidR="00C42C26" w14:paraId="1F2BE0D0" w14:textId="77777777">
        <w:trPr>
          <w:trHeight w:val="315"/>
          <w:jc w:val="center"/>
        </w:trPr>
        <w:tc>
          <w:tcPr>
            <w:tcW w:w="6264" w:type="dxa"/>
            <w:gridSpan w:val="2"/>
            <w:shd w:val="clear" w:color="auto" w:fill="FFF4E6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3D30AE94" w14:textId="77777777" w:rsidR="00C42C26" w:rsidRDefault="002E3083">
            <w:pPr>
              <w:keepLines/>
            </w:pPr>
            <w:r>
              <w:rPr>
                <w:b/>
                <w:sz w:val="14"/>
              </w:rPr>
              <w:t>Estimated Cost of Repairs:</w:t>
            </w:r>
          </w:p>
          <w:p w14:paraId="0FA63B0F" w14:textId="1D6567F7" w:rsidR="00C42C26" w:rsidRDefault="002E3083">
            <w:pPr>
              <w:keepLines/>
            </w:pPr>
            <w:sdt>
              <w:sdtPr>
                <w:alias w:val="REPAIR_COST"/>
                <w:tag w:val="REPAIR_COST"/>
                <w:id w:val="-688978959"/>
                <w:showingPlcHdr/>
                <w:text/>
              </w:sdtPr>
              <w:sdtEndPr/>
              <w:sdtContent>
                <w:r w:rsidR="00F70AA3">
                  <w:t xml:space="preserve">     </w:t>
                </w:r>
              </w:sdtContent>
            </w:sdt>
          </w:p>
        </w:tc>
        <w:tc>
          <w:tcPr>
            <w:tcW w:w="3384" w:type="dxa"/>
            <w:gridSpan w:val="2"/>
            <w:shd w:val="clear" w:color="auto" w:fill="FFF4E6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77347960" w14:textId="77777777" w:rsidR="00C42C26" w:rsidRDefault="002E3083">
            <w:pPr>
              <w:keepLines/>
            </w:pPr>
            <w:r>
              <w:rPr>
                <w:b/>
                <w:sz w:val="14"/>
              </w:rPr>
              <w:t>After Repaired Value:</w:t>
            </w:r>
          </w:p>
          <w:p w14:paraId="33214A4B" w14:textId="0DF1005B" w:rsidR="00C42C26" w:rsidRDefault="002E3083">
            <w:pPr>
              <w:keepLines/>
            </w:pPr>
            <w:sdt>
              <w:sdtPr>
                <w:alias w:val="ARV"/>
                <w:tag w:val="ARV"/>
                <w:id w:val="-1908376821"/>
                <w:showingPlcHdr/>
                <w:text/>
              </w:sdtPr>
              <w:sdtEndPr/>
              <w:sdtContent>
                <w:r w:rsidR="00F70AA3">
                  <w:t xml:space="preserve">     </w:t>
                </w:r>
              </w:sdtContent>
            </w:sdt>
          </w:p>
        </w:tc>
      </w:tr>
      <w:tr w:rsidR="00C42C26" w14:paraId="62438F3D" w14:textId="77777777">
        <w:trPr>
          <w:trHeight w:val="315"/>
          <w:jc w:val="center"/>
        </w:trPr>
        <w:tc>
          <w:tcPr>
            <w:tcW w:w="1872" w:type="dxa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715C3C90" w14:textId="77777777" w:rsidR="00C42C26" w:rsidRDefault="002E3083">
            <w:pPr>
              <w:keepLines/>
            </w:pPr>
            <w:r>
              <w:rPr>
                <w:b/>
                <w:sz w:val="14"/>
              </w:rPr>
              <w:t>Exit Strategy:</w:t>
            </w:r>
          </w:p>
        </w:tc>
        <w:tc>
          <w:tcPr>
            <w:tcW w:w="2160" w:type="dxa"/>
            <w:shd w:val="clear" w:color="auto" w:fill="FFF4E6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7A8C5892" w14:textId="77777777" w:rsidR="00C42C26" w:rsidRDefault="002E3083">
            <w:pPr>
              <w:keepLines/>
            </w:pPr>
            <w:r>
              <w:rPr>
                <w:b/>
                <w:sz w:val="14"/>
              </w:rPr>
              <w:t>Flip:</w:t>
            </w:r>
          </w:p>
          <w:p w14:paraId="752EC768" w14:textId="7DD6ACC4" w:rsidR="00C42C26" w:rsidRDefault="002E3083">
            <w:pPr>
              <w:keepLines/>
            </w:pPr>
            <w:sdt>
              <w:sdtPr>
                <w:alias w:val="EXIT_FLIP"/>
                <w:tag w:val="EXIT_FLIP"/>
                <w:id w:val="-1211948319"/>
                <w:showingPlcHdr/>
                <w:text/>
              </w:sdtPr>
              <w:sdtEndPr/>
              <w:sdtContent>
                <w:r w:rsidR="00F70AA3">
                  <w:t xml:space="preserve">     </w:t>
                </w:r>
              </w:sdtContent>
            </w:sdt>
          </w:p>
        </w:tc>
        <w:tc>
          <w:tcPr>
            <w:tcW w:w="1872" w:type="dxa"/>
            <w:shd w:val="clear" w:color="auto" w:fill="FFF4E6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1EA4D00D" w14:textId="77777777" w:rsidR="00C42C26" w:rsidRDefault="002E3083">
            <w:pPr>
              <w:keepLines/>
            </w:pPr>
            <w:r>
              <w:rPr>
                <w:b/>
                <w:sz w:val="14"/>
              </w:rPr>
              <w:t>Refi:</w:t>
            </w:r>
          </w:p>
          <w:p w14:paraId="33CE5286" w14:textId="105CB339" w:rsidR="00C42C26" w:rsidRDefault="002E3083">
            <w:pPr>
              <w:keepLines/>
            </w:pPr>
            <w:sdt>
              <w:sdtPr>
                <w:alias w:val="EXIT_REFI"/>
                <w:tag w:val="EXIT_REFI"/>
                <w:id w:val="1452199213"/>
                <w:showingPlcHdr/>
                <w:text/>
              </w:sdtPr>
              <w:sdtEndPr/>
              <w:sdtContent>
                <w:r w:rsidR="00F70AA3">
                  <w:t xml:space="preserve">     </w:t>
                </w:r>
              </w:sdtContent>
            </w:sdt>
          </w:p>
        </w:tc>
        <w:tc>
          <w:tcPr>
            <w:tcW w:w="3744" w:type="dxa"/>
            <w:shd w:val="clear" w:color="auto" w:fill="FFF4E6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0D40A351" w14:textId="77777777" w:rsidR="00C42C26" w:rsidRDefault="002E3083">
            <w:pPr>
              <w:keepLines/>
            </w:pPr>
            <w:r>
              <w:rPr>
                <w:b/>
                <w:sz w:val="14"/>
              </w:rPr>
              <w:t>Other:</w:t>
            </w:r>
          </w:p>
          <w:p w14:paraId="03C61C97" w14:textId="10F528BE" w:rsidR="00C42C26" w:rsidRDefault="002E3083">
            <w:pPr>
              <w:keepLines/>
            </w:pPr>
            <w:sdt>
              <w:sdtPr>
                <w:alias w:val="EXIT_OTHER"/>
                <w:tag w:val="EXIT_OTHER"/>
                <w:id w:val="-1902358190"/>
                <w:showingPlcHdr/>
                <w:text/>
              </w:sdtPr>
              <w:sdtEndPr/>
              <w:sdtContent>
                <w:r w:rsidR="00F70AA3">
                  <w:t xml:space="preserve">     </w:t>
                </w:r>
              </w:sdtContent>
            </w:sdt>
          </w:p>
        </w:tc>
      </w:tr>
    </w:tbl>
    <w:p w14:paraId="54DB14D0" w14:textId="77777777" w:rsidR="00C42C26" w:rsidRDefault="002E3083">
      <w:pPr>
        <w:spacing w:before="60" w:after="20"/>
        <w:ind w:left="324" w:right="324"/>
      </w:pPr>
      <w:r>
        <w:rPr>
          <w:b/>
          <w:sz w:val="18"/>
        </w:rPr>
        <w:t>ASSETS</w:t>
      </w:r>
    </w:p>
    <w:tbl>
      <w:tblPr>
        <w:tblStyle w:val="TableGrid"/>
        <w:tblW w:w="10584" w:type="dxa"/>
        <w:jc w:val="center"/>
        <w:tblLayout w:type="fixed"/>
        <w:tblLook w:val="04A0" w:firstRow="1" w:lastRow="0" w:firstColumn="1" w:lastColumn="0" w:noHBand="0" w:noVBand="1"/>
      </w:tblPr>
      <w:tblGrid>
        <w:gridCol w:w="5292"/>
        <w:gridCol w:w="5292"/>
      </w:tblGrid>
      <w:tr w:rsidR="00C42C26" w14:paraId="2040692D" w14:textId="77777777">
        <w:trPr>
          <w:trHeight w:val="315"/>
          <w:jc w:val="center"/>
        </w:trPr>
        <w:tc>
          <w:tcPr>
            <w:tcW w:w="5184" w:type="dxa"/>
            <w:shd w:val="clear" w:color="auto" w:fill="FFF4E6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73BA60DA" w14:textId="77777777" w:rsidR="00C42C26" w:rsidRDefault="002E3083">
            <w:pPr>
              <w:keepLines/>
            </w:pPr>
            <w:r>
              <w:rPr>
                <w:b/>
                <w:sz w:val="14"/>
              </w:rPr>
              <w:t>Bank:</w:t>
            </w:r>
          </w:p>
          <w:p w14:paraId="50227D9C" w14:textId="68DAD255" w:rsidR="00C42C26" w:rsidRDefault="002E3083">
            <w:pPr>
              <w:keepLines/>
            </w:pPr>
            <w:sdt>
              <w:sdtPr>
                <w:alias w:val="BANK_1"/>
                <w:tag w:val="BANK_1"/>
                <w:id w:val="-90712352"/>
                <w:showingPlcHdr/>
                <w:text/>
              </w:sdtPr>
              <w:sdtEndPr/>
              <w:sdtContent>
                <w:r w:rsidR="00F70AA3">
                  <w:t xml:space="preserve">     </w:t>
                </w:r>
              </w:sdtContent>
            </w:sdt>
          </w:p>
        </w:tc>
        <w:tc>
          <w:tcPr>
            <w:tcW w:w="5184" w:type="dxa"/>
            <w:shd w:val="clear" w:color="auto" w:fill="FFF4E6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5639B199" w14:textId="77777777" w:rsidR="00C42C26" w:rsidRDefault="002E3083">
            <w:pPr>
              <w:keepLines/>
            </w:pPr>
            <w:r>
              <w:rPr>
                <w:b/>
                <w:sz w:val="14"/>
              </w:rPr>
              <w:t>Balance:</w:t>
            </w:r>
          </w:p>
          <w:p w14:paraId="7E5F11F2" w14:textId="449FD001" w:rsidR="00C42C26" w:rsidRDefault="002E3083">
            <w:pPr>
              <w:keepLines/>
            </w:pPr>
            <w:sdt>
              <w:sdtPr>
                <w:alias w:val="BALANCE_1"/>
                <w:tag w:val="BALANCE_1"/>
                <w:id w:val="-1190529165"/>
                <w:showingPlcHdr/>
                <w:text/>
              </w:sdtPr>
              <w:sdtEndPr/>
              <w:sdtContent>
                <w:r w:rsidR="00F70AA3">
                  <w:t xml:space="preserve">     </w:t>
                </w:r>
              </w:sdtContent>
            </w:sdt>
          </w:p>
        </w:tc>
      </w:tr>
      <w:tr w:rsidR="00C42C26" w14:paraId="18C3D911" w14:textId="77777777">
        <w:trPr>
          <w:trHeight w:val="315"/>
          <w:jc w:val="center"/>
        </w:trPr>
        <w:tc>
          <w:tcPr>
            <w:tcW w:w="5184" w:type="dxa"/>
            <w:shd w:val="clear" w:color="auto" w:fill="FFF4E6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620FAB5A" w14:textId="77777777" w:rsidR="00C42C26" w:rsidRDefault="002E3083">
            <w:pPr>
              <w:keepLines/>
            </w:pPr>
            <w:r>
              <w:rPr>
                <w:b/>
                <w:sz w:val="14"/>
              </w:rPr>
              <w:t>Bank:</w:t>
            </w:r>
          </w:p>
          <w:p w14:paraId="0E2D8AE4" w14:textId="33B42C44" w:rsidR="00C42C26" w:rsidRDefault="002E3083">
            <w:pPr>
              <w:keepLines/>
            </w:pPr>
            <w:sdt>
              <w:sdtPr>
                <w:alias w:val="BANK_2"/>
                <w:tag w:val="BANK_2"/>
                <w:id w:val="1406806321"/>
                <w:showingPlcHdr/>
                <w:text/>
              </w:sdtPr>
              <w:sdtEndPr/>
              <w:sdtContent>
                <w:r w:rsidR="00F70AA3">
                  <w:t xml:space="preserve">     </w:t>
                </w:r>
              </w:sdtContent>
            </w:sdt>
          </w:p>
        </w:tc>
        <w:tc>
          <w:tcPr>
            <w:tcW w:w="5184" w:type="dxa"/>
            <w:shd w:val="clear" w:color="auto" w:fill="FFF4E6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04361596" w14:textId="77777777" w:rsidR="00C42C26" w:rsidRDefault="002E3083">
            <w:pPr>
              <w:keepLines/>
            </w:pPr>
            <w:r>
              <w:rPr>
                <w:b/>
                <w:sz w:val="14"/>
              </w:rPr>
              <w:t>Balance:</w:t>
            </w:r>
          </w:p>
          <w:p w14:paraId="29E6DD48" w14:textId="64762EC5" w:rsidR="00C42C26" w:rsidRDefault="002E3083">
            <w:pPr>
              <w:keepLines/>
            </w:pPr>
            <w:sdt>
              <w:sdtPr>
                <w:alias w:val="BALANCE_2"/>
                <w:tag w:val="BALANCE_2"/>
                <w:id w:val="2082487275"/>
                <w:showingPlcHdr/>
                <w:text/>
              </w:sdtPr>
              <w:sdtEndPr/>
              <w:sdtContent>
                <w:r w:rsidR="00F70AA3">
                  <w:t xml:space="preserve">     </w:t>
                </w:r>
              </w:sdtContent>
            </w:sdt>
          </w:p>
        </w:tc>
      </w:tr>
      <w:tr w:rsidR="00C42C26" w14:paraId="46DA1BF7" w14:textId="77777777">
        <w:trPr>
          <w:trHeight w:val="315"/>
          <w:jc w:val="center"/>
        </w:trPr>
        <w:tc>
          <w:tcPr>
            <w:tcW w:w="5184" w:type="dxa"/>
            <w:shd w:val="clear" w:color="auto" w:fill="FFF4E6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2C6B26B6" w14:textId="77777777" w:rsidR="00C42C26" w:rsidRDefault="002E3083">
            <w:pPr>
              <w:keepLines/>
            </w:pPr>
            <w:r>
              <w:rPr>
                <w:b/>
                <w:sz w:val="14"/>
              </w:rPr>
              <w:t>Bank:</w:t>
            </w:r>
          </w:p>
          <w:p w14:paraId="25B8DD2D" w14:textId="50282612" w:rsidR="00C42C26" w:rsidRDefault="002E3083">
            <w:pPr>
              <w:keepLines/>
            </w:pPr>
            <w:sdt>
              <w:sdtPr>
                <w:alias w:val="BANK_3"/>
                <w:tag w:val="BANK_3"/>
                <w:id w:val="-388493963"/>
                <w:showingPlcHdr/>
                <w:text/>
              </w:sdtPr>
              <w:sdtEndPr/>
              <w:sdtContent>
                <w:r w:rsidR="00F70AA3">
                  <w:t xml:space="preserve">     </w:t>
                </w:r>
              </w:sdtContent>
            </w:sdt>
          </w:p>
        </w:tc>
        <w:tc>
          <w:tcPr>
            <w:tcW w:w="5184" w:type="dxa"/>
            <w:shd w:val="clear" w:color="auto" w:fill="FFF4E6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4009BEA5" w14:textId="77777777" w:rsidR="00C42C26" w:rsidRDefault="002E3083">
            <w:pPr>
              <w:keepLines/>
            </w:pPr>
            <w:r>
              <w:rPr>
                <w:b/>
                <w:sz w:val="14"/>
              </w:rPr>
              <w:t>Balance:</w:t>
            </w:r>
          </w:p>
          <w:p w14:paraId="50E39BBA" w14:textId="78AB7103" w:rsidR="00C42C26" w:rsidRDefault="002E3083">
            <w:pPr>
              <w:keepLines/>
            </w:pPr>
            <w:sdt>
              <w:sdtPr>
                <w:alias w:val="BALANCE_3"/>
                <w:tag w:val="BALANCE_3"/>
                <w:id w:val="-1934965919"/>
                <w:showingPlcHdr/>
                <w:text/>
              </w:sdtPr>
              <w:sdtEndPr/>
              <w:sdtContent>
                <w:r w:rsidR="00F70AA3">
                  <w:t xml:space="preserve">     </w:t>
                </w:r>
              </w:sdtContent>
            </w:sdt>
          </w:p>
        </w:tc>
      </w:tr>
    </w:tbl>
    <w:p w14:paraId="386FB410" w14:textId="77777777" w:rsidR="00C42C26" w:rsidRDefault="002E3083">
      <w:pPr>
        <w:spacing w:before="60" w:after="20"/>
        <w:ind w:left="324" w:right="324"/>
      </w:pPr>
      <w:r>
        <w:rPr>
          <w:b/>
          <w:sz w:val="18"/>
        </w:rPr>
        <w:t>EXPERIENCE</w:t>
      </w:r>
    </w:p>
    <w:tbl>
      <w:tblPr>
        <w:tblStyle w:val="TableGrid"/>
        <w:tblW w:w="10584" w:type="dxa"/>
        <w:jc w:val="center"/>
        <w:tblLayout w:type="fixed"/>
        <w:tblLook w:val="04A0" w:firstRow="1" w:lastRow="0" w:firstColumn="1" w:lastColumn="0" w:noHBand="0" w:noVBand="1"/>
      </w:tblPr>
      <w:tblGrid>
        <w:gridCol w:w="3748"/>
        <w:gridCol w:w="2573"/>
        <w:gridCol w:w="4263"/>
      </w:tblGrid>
      <w:tr w:rsidR="00C42C26" w14:paraId="6E79EFB1" w14:textId="77777777">
        <w:trPr>
          <w:trHeight w:val="315"/>
          <w:jc w:val="center"/>
        </w:trPr>
        <w:tc>
          <w:tcPr>
            <w:tcW w:w="3672" w:type="dxa"/>
            <w:shd w:val="clear" w:color="auto" w:fill="FFF4E6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305BA1C8" w14:textId="77777777" w:rsidR="00C42C26" w:rsidRDefault="002E3083">
            <w:pPr>
              <w:keepLines/>
            </w:pPr>
            <w:r>
              <w:rPr>
                <w:b/>
                <w:sz w:val="14"/>
              </w:rPr>
              <w:t>Real Estate Investing Experience:</w:t>
            </w:r>
          </w:p>
          <w:p w14:paraId="465A3293" w14:textId="5CE013E7" w:rsidR="00C42C26" w:rsidRDefault="002E3083">
            <w:pPr>
              <w:keepLines/>
            </w:pPr>
            <w:sdt>
              <w:sdtPr>
                <w:alias w:val="RE_INVESTING_YN"/>
                <w:tag w:val="RE_INVESTING_YN"/>
                <w:id w:val="-1201851758"/>
                <w:showingPlcHdr/>
                <w:text/>
              </w:sdtPr>
              <w:sdtEndPr/>
              <w:sdtContent>
                <w:r w:rsidR="00F70AA3">
                  <w:t xml:space="preserve">     </w:t>
                </w:r>
              </w:sdtContent>
            </w:sdt>
          </w:p>
        </w:tc>
        <w:tc>
          <w:tcPr>
            <w:tcW w:w="2520" w:type="dxa"/>
            <w:shd w:val="clear" w:color="auto" w:fill="FFF4E6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0D52FEBB" w14:textId="77777777" w:rsidR="00C42C26" w:rsidRDefault="002E3083">
            <w:pPr>
              <w:keepLines/>
            </w:pPr>
            <w:r>
              <w:rPr>
                <w:b/>
                <w:sz w:val="14"/>
              </w:rPr>
              <w:t>Yes / No:</w:t>
            </w:r>
          </w:p>
          <w:p w14:paraId="440310CB" w14:textId="0F3A61B4" w:rsidR="00C42C26" w:rsidRDefault="002E3083">
            <w:pPr>
              <w:keepLines/>
            </w:pPr>
            <w:sdt>
              <w:sdtPr>
                <w:alias w:val="RE_INVESTING_YN2"/>
                <w:tag w:val="RE_INVESTING_YN2"/>
                <w:id w:val="1695415003"/>
                <w:showingPlcHdr/>
                <w:text/>
              </w:sdtPr>
              <w:sdtEndPr/>
              <w:sdtContent>
                <w:r w:rsidR="00F70AA3">
                  <w:t xml:space="preserve">     </w:t>
                </w:r>
              </w:sdtContent>
            </w:sdt>
          </w:p>
        </w:tc>
        <w:tc>
          <w:tcPr>
            <w:tcW w:w="4176" w:type="dxa"/>
            <w:shd w:val="clear" w:color="auto" w:fill="FFF4E6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44A812D0" w14:textId="77777777" w:rsidR="00C42C26" w:rsidRDefault="002E3083">
            <w:pPr>
              <w:keepLines/>
            </w:pPr>
            <w:r>
              <w:rPr>
                <w:b/>
                <w:sz w:val="14"/>
              </w:rPr>
              <w:t># Properties Completed:</w:t>
            </w:r>
          </w:p>
          <w:p w14:paraId="7EE691F2" w14:textId="5E26361A" w:rsidR="00C42C26" w:rsidRDefault="002E3083">
            <w:pPr>
              <w:keepLines/>
            </w:pPr>
            <w:sdt>
              <w:sdtPr>
                <w:alias w:val="PROPERTIES_COMPLETED"/>
                <w:tag w:val="PROPERTIES_COMPLETED"/>
                <w:id w:val="428016433"/>
                <w:showingPlcHdr/>
                <w:text/>
              </w:sdtPr>
              <w:sdtEndPr/>
              <w:sdtContent>
                <w:r w:rsidR="00F70AA3">
                  <w:t xml:space="preserve">     </w:t>
                </w:r>
              </w:sdtContent>
            </w:sdt>
          </w:p>
        </w:tc>
      </w:tr>
      <w:tr w:rsidR="00C42C26" w14:paraId="1E95A43D" w14:textId="77777777">
        <w:trPr>
          <w:trHeight w:val="315"/>
          <w:jc w:val="center"/>
        </w:trPr>
        <w:tc>
          <w:tcPr>
            <w:tcW w:w="3672" w:type="dxa"/>
            <w:shd w:val="clear" w:color="auto" w:fill="FFF4E6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56ED4007" w14:textId="77777777" w:rsidR="00C42C26" w:rsidRDefault="002E3083">
            <w:pPr>
              <w:keepLines/>
            </w:pPr>
            <w:r>
              <w:rPr>
                <w:b/>
                <w:sz w:val="14"/>
              </w:rPr>
              <w:t>Rehab/Construction Experience:</w:t>
            </w:r>
          </w:p>
          <w:p w14:paraId="66BE2794" w14:textId="74796533" w:rsidR="00C42C26" w:rsidRDefault="002E3083">
            <w:pPr>
              <w:keepLines/>
            </w:pPr>
            <w:sdt>
              <w:sdtPr>
                <w:alias w:val="REHAB_YN"/>
                <w:tag w:val="REHAB_YN"/>
                <w:id w:val="-1145738769"/>
                <w:showingPlcHdr/>
                <w:text/>
              </w:sdtPr>
              <w:sdtEndPr/>
              <w:sdtContent>
                <w:r w:rsidR="00F70AA3">
                  <w:t xml:space="preserve">     </w:t>
                </w:r>
              </w:sdtContent>
            </w:sdt>
          </w:p>
        </w:tc>
        <w:tc>
          <w:tcPr>
            <w:tcW w:w="2520" w:type="dxa"/>
            <w:shd w:val="clear" w:color="auto" w:fill="FFF4E6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28014D35" w14:textId="77777777" w:rsidR="00C42C26" w:rsidRDefault="002E3083">
            <w:pPr>
              <w:keepLines/>
            </w:pPr>
            <w:r>
              <w:rPr>
                <w:b/>
                <w:sz w:val="14"/>
              </w:rPr>
              <w:t>Yes / No:</w:t>
            </w:r>
          </w:p>
          <w:p w14:paraId="54FBA812" w14:textId="4DC11238" w:rsidR="00C42C26" w:rsidRDefault="002E3083">
            <w:pPr>
              <w:keepLines/>
            </w:pPr>
            <w:sdt>
              <w:sdtPr>
                <w:alias w:val="REHAB_YN2"/>
                <w:tag w:val="REHAB_YN2"/>
                <w:id w:val="1346358133"/>
                <w:showingPlcHdr/>
                <w:text/>
              </w:sdtPr>
              <w:sdtEndPr/>
              <w:sdtContent>
                <w:r w:rsidR="00F70AA3">
                  <w:t xml:space="preserve">     </w:t>
                </w:r>
              </w:sdtContent>
            </w:sdt>
          </w:p>
        </w:tc>
        <w:tc>
          <w:tcPr>
            <w:tcW w:w="4176" w:type="dxa"/>
            <w:shd w:val="clear" w:color="auto" w:fill="FFF4E6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556B8EC2" w14:textId="77777777" w:rsidR="00C42C26" w:rsidRDefault="002E3083">
            <w:pPr>
              <w:keepLines/>
            </w:pPr>
            <w:r>
              <w:rPr>
                <w:b/>
                <w:sz w:val="14"/>
              </w:rPr>
              <w:t>Years Experience:</w:t>
            </w:r>
          </w:p>
          <w:p w14:paraId="1A50889D" w14:textId="4C350383" w:rsidR="00C42C26" w:rsidRDefault="002E3083">
            <w:pPr>
              <w:keepLines/>
            </w:pPr>
            <w:sdt>
              <w:sdtPr>
                <w:alias w:val="YEARS_EXPERIENCE"/>
                <w:tag w:val="YEARS_EXPERIENCE"/>
                <w:id w:val="-1543899034"/>
                <w:showingPlcHdr/>
                <w:text/>
              </w:sdtPr>
              <w:sdtEndPr/>
              <w:sdtContent>
                <w:r w:rsidR="00F70AA3">
                  <w:t xml:space="preserve">     </w:t>
                </w:r>
              </w:sdtContent>
            </w:sdt>
          </w:p>
        </w:tc>
      </w:tr>
      <w:tr w:rsidR="00C42C26" w14:paraId="04457863" w14:textId="77777777">
        <w:trPr>
          <w:trHeight w:val="315"/>
          <w:jc w:val="center"/>
        </w:trPr>
        <w:tc>
          <w:tcPr>
            <w:tcW w:w="3672" w:type="dxa"/>
            <w:shd w:val="clear" w:color="auto" w:fill="FFF4E6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6DCA6A49" w14:textId="77777777" w:rsidR="00C42C26" w:rsidRDefault="002E3083">
            <w:pPr>
              <w:keepLines/>
            </w:pPr>
            <w:r>
              <w:rPr>
                <w:b/>
                <w:sz w:val="14"/>
              </w:rPr>
              <w:t>Projects currently in progress?</w:t>
            </w:r>
          </w:p>
          <w:p w14:paraId="095C6038" w14:textId="75D558A6" w:rsidR="00C42C26" w:rsidRDefault="002E3083">
            <w:pPr>
              <w:keepLines/>
            </w:pPr>
            <w:sdt>
              <w:sdtPr>
                <w:alias w:val="PROJECTS_YN"/>
                <w:tag w:val="PROJECTS_YN"/>
                <w:id w:val="-888648350"/>
                <w:showingPlcHdr/>
                <w:text/>
              </w:sdtPr>
              <w:sdtEndPr/>
              <w:sdtContent>
                <w:r w:rsidR="00F70AA3">
                  <w:t xml:space="preserve">     </w:t>
                </w:r>
              </w:sdtContent>
            </w:sdt>
          </w:p>
        </w:tc>
        <w:tc>
          <w:tcPr>
            <w:tcW w:w="2520" w:type="dxa"/>
            <w:shd w:val="clear" w:color="auto" w:fill="FFF4E6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37E3F4D3" w14:textId="77777777" w:rsidR="00C42C26" w:rsidRDefault="002E3083">
            <w:pPr>
              <w:keepLines/>
            </w:pPr>
            <w:r>
              <w:rPr>
                <w:b/>
                <w:sz w:val="14"/>
              </w:rPr>
              <w:t>Yes / No:</w:t>
            </w:r>
          </w:p>
          <w:p w14:paraId="3F340A22" w14:textId="0A122687" w:rsidR="00C42C26" w:rsidRDefault="002E3083">
            <w:pPr>
              <w:keepLines/>
            </w:pPr>
            <w:sdt>
              <w:sdtPr>
                <w:alias w:val="PROJECTS_YN2"/>
                <w:tag w:val="PROJECTS_YN2"/>
                <w:id w:val="-348253450"/>
                <w:showingPlcHdr/>
                <w:text/>
              </w:sdtPr>
              <w:sdtEndPr/>
              <w:sdtContent>
                <w:r w:rsidR="00F70AA3">
                  <w:t xml:space="preserve">     </w:t>
                </w:r>
              </w:sdtContent>
            </w:sdt>
          </w:p>
        </w:tc>
        <w:tc>
          <w:tcPr>
            <w:tcW w:w="4176" w:type="dxa"/>
            <w:shd w:val="clear" w:color="auto" w:fill="FFF4E6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4A759F21" w14:textId="77777777" w:rsidR="00C42C26" w:rsidRDefault="002E3083">
            <w:pPr>
              <w:keepLines/>
            </w:pPr>
            <w:r>
              <w:rPr>
                <w:b/>
                <w:sz w:val="14"/>
              </w:rPr>
              <w:t># Current Projects:</w:t>
            </w:r>
          </w:p>
          <w:p w14:paraId="1D669A98" w14:textId="18E338EB" w:rsidR="00C42C26" w:rsidRDefault="002E3083">
            <w:pPr>
              <w:keepLines/>
            </w:pPr>
            <w:sdt>
              <w:sdtPr>
                <w:alias w:val="CURRENT_PROJECTS"/>
                <w:tag w:val="CURRENT_PROJECTS"/>
                <w:id w:val="-1189056921"/>
                <w:showingPlcHdr/>
                <w:text/>
              </w:sdtPr>
              <w:sdtEndPr/>
              <w:sdtContent>
                <w:r w:rsidR="00F70AA3">
                  <w:t xml:space="preserve">     </w:t>
                </w:r>
              </w:sdtContent>
            </w:sdt>
          </w:p>
        </w:tc>
      </w:tr>
      <w:tr w:rsidR="00C42C26" w14:paraId="3F5B3D88" w14:textId="77777777">
        <w:trPr>
          <w:trHeight w:val="315"/>
          <w:jc w:val="center"/>
        </w:trPr>
        <w:tc>
          <w:tcPr>
            <w:tcW w:w="3672" w:type="dxa"/>
            <w:shd w:val="clear" w:color="auto" w:fill="FFF4E6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78282628" w14:textId="77777777" w:rsidR="00C42C26" w:rsidRDefault="002E3083">
            <w:pPr>
              <w:keepLines/>
            </w:pPr>
            <w:r>
              <w:rPr>
                <w:b/>
                <w:sz w:val="14"/>
              </w:rPr>
              <w:t>Investment properties currently owned:</w:t>
            </w:r>
          </w:p>
          <w:p w14:paraId="374CD593" w14:textId="514892B1" w:rsidR="00C42C26" w:rsidRDefault="002E3083">
            <w:pPr>
              <w:keepLines/>
            </w:pPr>
            <w:sdt>
              <w:sdtPr>
                <w:alias w:val="PROPERTIES_OWNED"/>
                <w:tag w:val="PROPERTIES_OWNED"/>
                <w:id w:val="-930345905"/>
                <w:showingPlcHdr/>
                <w:text/>
              </w:sdtPr>
              <w:sdtEndPr/>
              <w:sdtContent>
                <w:r w:rsidR="00F70AA3">
                  <w:t xml:space="preserve">     </w:t>
                </w:r>
              </w:sdtContent>
            </w:sdt>
          </w:p>
        </w:tc>
        <w:tc>
          <w:tcPr>
            <w:tcW w:w="2520" w:type="dxa"/>
            <w:shd w:val="clear" w:color="auto" w:fill="FFF4E6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19AA4AC9" w14:textId="77777777" w:rsidR="00C42C26" w:rsidRDefault="002E3083">
            <w:pPr>
              <w:keepLines/>
            </w:pPr>
            <w:r>
              <w:rPr>
                <w:b/>
                <w:sz w:val="14"/>
              </w:rPr>
              <w:t>Rented:</w:t>
            </w:r>
          </w:p>
          <w:p w14:paraId="3503C774" w14:textId="03039D1F" w:rsidR="00C42C26" w:rsidRDefault="002E3083">
            <w:pPr>
              <w:keepLines/>
            </w:pPr>
            <w:sdt>
              <w:sdtPr>
                <w:alias w:val="RENTED"/>
                <w:tag w:val="RENTED"/>
                <w:id w:val="1994826735"/>
                <w:showingPlcHdr/>
                <w:text/>
              </w:sdtPr>
              <w:sdtEndPr/>
              <w:sdtContent>
                <w:r w:rsidR="00F70AA3">
                  <w:t xml:space="preserve">     </w:t>
                </w:r>
              </w:sdtContent>
            </w:sdt>
          </w:p>
        </w:tc>
        <w:tc>
          <w:tcPr>
            <w:tcW w:w="4176" w:type="dxa"/>
            <w:shd w:val="clear" w:color="auto" w:fill="FFF4E6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6D077D16" w14:textId="77777777" w:rsidR="00C42C26" w:rsidRDefault="002E3083">
            <w:pPr>
              <w:keepLines/>
            </w:pPr>
            <w:r>
              <w:rPr>
                <w:b/>
                <w:sz w:val="14"/>
              </w:rPr>
              <w:t>Vacant:</w:t>
            </w:r>
          </w:p>
          <w:p w14:paraId="5356ADED" w14:textId="0832C0F7" w:rsidR="00C42C26" w:rsidRDefault="002E3083">
            <w:pPr>
              <w:keepLines/>
            </w:pPr>
            <w:sdt>
              <w:sdtPr>
                <w:alias w:val="VACANT"/>
                <w:tag w:val="VACANT"/>
                <w:id w:val="2014727139"/>
                <w:showingPlcHdr/>
                <w:text/>
              </w:sdtPr>
              <w:sdtEndPr/>
              <w:sdtContent>
                <w:r w:rsidR="00F70AA3">
                  <w:t xml:space="preserve">     </w:t>
                </w:r>
              </w:sdtContent>
            </w:sdt>
          </w:p>
        </w:tc>
      </w:tr>
      <w:tr w:rsidR="00C42C26" w14:paraId="2B6D1C93" w14:textId="77777777">
        <w:trPr>
          <w:trHeight w:val="315"/>
          <w:jc w:val="center"/>
        </w:trPr>
        <w:tc>
          <w:tcPr>
            <w:tcW w:w="6192" w:type="dxa"/>
            <w:gridSpan w:val="2"/>
            <w:shd w:val="clear" w:color="auto" w:fill="FFF4E6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2A545B7B" w14:textId="77777777" w:rsidR="00C42C26" w:rsidRDefault="002E3083">
            <w:pPr>
              <w:keepLines/>
            </w:pPr>
            <w:r>
              <w:rPr>
                <w:b/>
                <w:sz w:val="14"/>
              </w:rPr>
              <w:t>Member of an Investment Group or Club?</w:t>
            </w:r>
          </w:p>
          <w:p w14:paraId="014645B2" w14:textId="48B83CA3" w:rsidR="00C42C26" w:rsidRDefault="002E3083">
            <w:pPr>
              <w:keepLines/>
            </w:pPr>
            <w:sdt>
              <w:sdtPr>
                <w:alias w:val="GROUP_MEMBER_YN"/>
                <w:tag w:val="GROUP_MEMBER_YN"/>
                <w:id w:val="-1842770060"/>
                <w:showingPlcHdr/>
                <w:text/>
              </w:sdtPr>
              <w:sdtEndPr/>
              <w:sdtContent>
                <w:r w:rsidR="00F70AA3">
                  <w:t xml:space="preserve">     </w:t>
                </w:r>
              </w:sdtContent>
            </w:sdt>
          </w:p>
        </w:tc>
        <w:tc>
          <w:tcPr>
            <w:tcW w:w="4176" w:type="dxa"/>
            <w:shd w:val="clear" w:color="auto" w:fill="FFF4E6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7FEC6021" w14:textId="77777777" w:rsidR="00C42C26" w:rsidRDefault="002E3083">
            <w:pPr>
              <w:keepLines/>
            </w:pPr>
            <w:r>
              <w:rPr>
                <w:b/>
                <w:sz w:val="14"/>
              </w:rPr>
              <w:t>Yes / No:</w:t>
            </w:r>
          </w:p>
          <w:p w14:paraId="2A30C11C" w14:textId="4C8D7F02" w:rsidR="00C42C26" w:rsidRDefault="002E3083">
            <w:pPr>
              <w:keepLines/>
            </w:pPr>
            <w:sdt>
              <w:sdtPr>
                <w:alias w:val="GROUP_MEMBER_YN2"/>
                <w:tag w:val="GROUP_MEMBER_YN2"/>
                <w:id w:val="-1348168186"/>
                <w:showingPlcHdr/>
                <w:text/>
              </w:sdtPr>
              <w:sdtEndPr/>
              <w:sdtContent>
                <w:r w:rsidR="00F70AA3">
                  <w:t xml:space="preserve">     </w:t>
                </w:r>
              </w:sdtContent>
            </w:sdt>
          </w:p>
        </w:tc>
      </w:tr>
    </w:tbl>
    <w:p w14:paraId="13EDFF3C" w14:textId="77777777" w:rsidR="00C42C26" w:rsidRDefault="002E3083">
      <w:pPr>
        <w:spacing w:before="60" w:after="20"/>
        <w:ind w:left="324" w:right="324"/>
      </w:pPr>
      <w:r>
        <w:rPr>
          <w:b/>
          <w:sz w:val="18"/>
        </w:rPr>
        <w:t>BACKGROUND INFORMATION</w:t>
      </w:r>
    </w:p>
    <w:tbl>
      <w:tblPr>
        <w:tblStyle w:val="TableGrid"/>
        <w:tblW w:w="10584" w:type="dxa"/>
        <w:jc w:val="center"/>
        <w:tblLayout w:type="fixed"/>
        <w:tblLook w:val="04A0" w:firstRow="1" w:lastRow="0" w:firstColumn="1" w:lastColumn="0" w:noHBand="0" w:noVBand="1"/>
      </w:tblPr>
      <w:tblGrid>
        <w:gridCol w:w="7350"/>
        <w:gridCol w:w="3234"/>
      </w:tblGrid>
      <w:tr w:rsidR="00C42C26" w14:paraId="6C43BE4F" w14:textId="77777777">
        <w:trPr>
          <w:trHeight w:val="315"/>
          <w:jc w:val="center"/>
        </w:trPr>
        <w:tc>
          <w:tcPr>
            <w:tcW w:w="7200" w:type="dxa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2C654D61" w14:textId="77777777" w:rsidR="00C42C26" w:rsidRDefault="002E3083">
            <w:pPr>
              <w:keepLines/>
            </w:pPr>
            <w:r>
              <w:rPr>
                <w:b/>
                <w:sz w:val="14"/>
              </w:rPr>
              <w:t>Are you a U.S. citizen?</w:t>
            </w:r>
          </w:p>
        </w:tc>
        <w:tc>
          <w:tcPr>
            <w:tcW w:w="3168" w:type="dxa"/>
            <w:shd w:val="clear" w:color="auto" w:fill="FFF4E6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45565F00" w14:textId="77777777" w:rsidR="00C42C26" w:rsidRDefault="002E3083">
            <w:pPr>
              <w:keepLines/>
            </w:pPr>
            <w:r>
              <w:rPr>
                <w:b/>
                <w:sz w:val="14"/>
              </w:rPr>
              <w:t>Yes / No:</w:t>
            </w:r>
          </w:p>
          <w:p w14:paraId="1D8757E5" w14:textId="0C720337" w:rsidR="00C42C26" w:rsidRDefault="002E3083">
            <w:pPr>
              <w:keepLines/>
            </w:pPr>
            <w:sdt>
              <w:sdtPr>
                <w:alias w:val="US_CITIZEN"/>
                <w:tag w:val="US_CITIZEN"/>
                <w:id w:val="-1177960032"/>
                <w:showingPlcHdr/>
                <w:text/>
              </w:sdtPr>
              <w:sdtEndPr/>
              <w:sdtContent>
                <w:r w:rsidR="00F70AA3">
                  <w:t xml:space="preserve">     </w:t>
                </w:r>
              </w:sdtContent>
            </w:sdt>
          </w:p>
        </w:tc>
      </w:tr>
      <w:tr w:rsidR="00C42C26" w14:paraId="10E8D5FD" w14:textId="77777777">
        <w:trPr>
          <w:trHeight w:val="315"/>
          <w:jc w:val="center"/>
        </w:trPr>
        <w:tc>
          <w:tcPr>
            <w:tcW w:w="7200" w:type="dxa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7DE8DFE5" w14:textId="77777777" w:rsidR="00C42C26" w:rsidRDefault="002E3083">
            <w:pPr>
              <w:keepLines/>
            </w:pPr>
            <w:r>
              <w:rPr>
                <w:b/>
                <w:sz w:val="14"/>
              </w:rPr>
              <w:t>Have you or any of your businesses ever filed Bankruptcy?</w:t>
            </w:r>
          </w:p>
        </w:tc>
        <w:tc>
          <w:tcPr>
            <w:tcW w:w="3168" w:type="dxa"/>
            <w:shd w:val="clear" w:color="auto" w:fill="FFF4E6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69E2567D" w14:textId="77777777" w:rsidR="00C42C26" w:rsidRDefault="002E3083">
            <w:pPr>
              <w:keepLines/>
            </w:pPr>
            <w:r>
              <w:rPr>
                <w:b/>
                <w:sz w:val="14"/>
              </w:rPr>
              <w:t>Yes / No:</w:t>
            </w:r>
          </w:p>
          <w:p w14:paraId="2B1CF4D2" w14:textId="3D12D87A" w:rsidR="00C42C26" w:rsidRDefault="002E3083">
            <w:pPr>
              <w:keepLines/>
            </w:pPr>
            <w:sdt>
              <w:sdtPr>
                <w:alias w:val="BANKRUPTCY"/>
                <w:tag w:val="BANKRUPTCY"/>
                <w:id w:val="1988282107"/>
                <w:showingPlcHdr/>
                <w:text/>
              </w:sdtPr>
              <w:sdtEndPr/>
              <w:sdtContent>
                <w:r w:rsidR="00F70AA3">
                  <w:t xml:space="preserve">     </w:t>
                </w:r>
              </w:sdtContent>
            </w:sdt>
          </w:p>
        </w:tc>
      </w:tr>
      <w:tr w:rsidR="00C42C26" w14:paraId="7AA39D56" w14:textId="77777777">
        <w:trPr>
          <w:trHeight w:val="315"/>
          <w:jc w:val="center"/>
        </w:trPr>
        <w:tc>
          <w:tcPr>
            <w:tcW w:w="7200" w:type="dxa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4F65F924" w14:textId="77777777" w:rsidR="00C42C26" w:rsidRDefault="002E3083">
            <w:pPr>
              <w:keepLines/>
            </w:pPr>
            <w:r>
              <w:rPr>
                <w:b/>
                <w:sz w:val="14"/>
              </w:rPr>
              <w:t>Are there any judgments against you or any of your companies?</w:t>
            </w:r>
          </w:p>
        </w:tc>
        <w:tc>
          <w:tcPr>
            <w:tcW w:w="3168" w:type="dxa"/>
            <w:shd w:val="clear" w:color="auto" w:fill="FFF4E6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1613B6B1" w14:textId="77777777" w:rsidR="00C42C26" w:rsidRDefault="002E3083">
            <w:pPr>
              <w:keepLines/>
            </w:pPr>
            <w:r>
              <w:rPr>
                <w:b/>
                <w:sz w:val="14"/>
              </w:rPr>
              <w:t>Yes / No:</w:t>
            </w:r>
          </w:p>
          <w:p w14:paraId="0D546B43" w14:textId="3FD3DD8E" w:rsidR="00C42C26" w:rsidRDefault="002E3083">
            <w:pPr>
              <w:keepLines/>
            </w:pPr>
            <w:sdt>
              <w:sdtPr>
                <w:alias w:val="JUDGMENTS"/>
                <w:tag w:val="JUDGMENTS"/>
                <w:id w:val="-149133243"/>
                <w:showingPlcHdr/>
                <w:text/>
              </w:sdtPr>
              <w:sdtEndPr/>
              <w:sdtContent>
                <w:r w:rsidR="00F70AA3">
                  <w:t xml:space="preserve">     </w:t>
                </w:r>
              </w:sdtContent>
            </w:sdt>
          </w:p>
        </w:tc>
      </w:tr>
      <w:tr w:rsidR="00C42C26" w14:paraId="4B4E99AC" w14:textId="77777777">
        <w:trPr>
          <w:trHeight w:val="315"/>
          <w:jc w:val="center"/>
        </w:trPr>
        <w:tc>
          <w:tcPr>
            <w:tcW w:w="7200" w:type="dxa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71D7EEB1" w14:textId="77777777" w:rsidR="00C42C26" w:rsidRDefault="002E3083">
            <w:pPr>
              <w:keepLines/>
            </w:pPr>
            <w:r>
              <w:rPr>
                <w:b/>
                <w:sz w:val="14"/>
              </w:rPr>
              <w:t>Are you or your company currently involved in a lawsuit?</w:t>
            </w:r>
          </w:p>
        </w:tc>
        <w:tc>
          <w:tcPr>
            <w:tcW w:w="3168" w:type="dxa"/>
            <w:shd w:val="clear" w:color="auto" w:fill="FFF4E6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03ECDF49" w14:textId="77777777" w:rsidR="00C42C26" w:rsidRDefault="002E3083">
            <w:pPr>
              <w:keepLines/>
            </w:pPr>
            <w:r>
              <w:rPr>
                <w:b/>
                <w:sz w:val="14"/>
              </w:rPr>
              <w:t>Yes / No:</w:t>
            </w:r>
          </w:p>
          <w:p w14:paraId="313EA50C" w14:textId="7274A30F" w:rsidR="00C42C26" w:rsidRDefault="002E3083">
            <w:pPr>
              <w:keepLines/>
            </w:pPr>
            <w:sdt>
              <w:sdtPr>
                <w:alias w:val="LAWSUIT"/>
                <w:tag w:val="LAWSUIT"/>
                <w:id w:val="-2137557921"/>
                <w:showingPlcHdr/>
                <w:text/>
              </w:sdtPr>
              <w:sdtEndPr/>
              <w:sdtContent>
                <w:r w:rsidR="00F70AA3">
                  <w:t xml:space="preserve">     </w:t>
                </w:r>
              </w:sdtContent>
            </w:sdt>
          </w:p>
        </w:tc>
      </w:tr>
      <w:tr w:rsidR="00C42C26" w14:paraId="5CEF0783" w14:textId="77777777">
        <w:trPr>
          <w:trHeight w:val="315"/>
          <w:jc w:val="center"/>
        </w:trPr>
        <w:tc>
          <w:tcPr>
            <w:tcW w:w="7200" w:type="dxa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216A2CEF" w14:textId="77777777" w:rsidR="00C42C26" w:rsidRDefault="002E3083">
            <w:pPr>
              <w:keepLines/>
            </w:pPr>
            <w:r>
              <w:rPr>
                <w:b/>
                <w:sz w:val="14"/>
              </w:rPr>
              <w:t>Are you presently delinquent or in default on any Federal debt or obligation?</w:t>
            </w:r>
          </w:p>
        </w:tc>
        <w:tc>
          <w:tcPr>
            <w:tcW w:w="3168" w:type="dxa"/>
            <w:shd w:val="clear" w:color="auto" w:fill="FFF4E6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014A9150" w14:textId="77777777" w:rsidR="00C42C26" w:rsidRDefault="002E3083">
            <w:pPr>
              <w:keepLines/>
            </w:pPr>
            <w:r>
              <w:rPr>
                <w:b/>
                <w:sz w:val="14"/>
              </w:rPr>
              <w:t>Yes / No:</w:t>
            </w:r>
          </w:p>
          <w:p w14:paraId="24B55E4A" w14:textId="63015443" w:rsidR="00C42C26" w:rsidRDefault="002E3083">
            <w:pPr>
              <w:keepLines/>
            </w:pPr>
            <w:sdt>
              <w:sdtPr>
                <w:alias w:val="FEDERAL_DEFAULT"/>
                <w:tag w:val="FEDERAL_DEFAULT"/>
                <w:id w:val="-1292900147"/>
                <w:showingPlcHdr/>
                <w:text/>
              </w:sdtPr>
              <w:sdtEndPr/>
              <w:sdtContent>
                <w:r w:rsidR="00F70AA3">
                  <w:t xml:space="preserve">     </w:t>
                </w:r>
              </w:sdtContent>
            </w:sdt>
          </w:p>
        </w:tc>
      </w:tr>
    </w:tbl>
    <w:p w14:paraId="59000EA2" w14:textId="77777777" w:rsidR="00C42C26" w:rsidRDefault="00C42C26">
      <w:pPr>
        <w:spacing w:after="0" w:line="192" w:lineRule="auto"/>
      </w:pPr>
    </w:p>
    <w:tbl>
      <w:tblPr>
        <w:tblW w:w="10584" w:type="dxa"/>
        <w:jc w:val="center"/>
        <w:tblLayout w:type="fixed"/>
        <w:tblLook w:val="04A0" w:firstRow="1" w:lastRow="0" w:firstColumn="1" w:lastColumn="0" w:noHBand="0" w:noVBand="1"/>
      </w:tblPr>
      <w:tblGrid>
        <w:gridCol w:w="3931"/>
        <w:gridCol w:w="1361"/>
        <w:gridCol w:w="3931"/>
        <w:gridCol w:w="1361"/>
      </w:tblGrid>
      <w:tr w:rsidR="00C42C26" w14:paraId="3880C548" w14:textId="77777777">
        <w:trPr>
          <w:trHeight w:val="285"/>
          <w:jc w:val="center"/>
        </w:trPr>
        <w:tc>
          <w:tcPr>
            <w:tcW w:w="3744" w:type="dxa"/>
            <w:shd w:val="clear" w:color="auto" w:fill="FFF4E6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723E3D82" w14:textId="77777777" w:rsidR="00C42C26" w:rsidRDefault="002E3083">
            <w:pPr>
              <w:keepLines/>
              <w:spacing w:after="0" w:line="240" w:lineRule="auto"/>
            </w:pPr>
            <w:r>
              <w:rPr>
                <w:b/>
                <w:sz w:val="14"/>
              </w:rPr>
              <w:t>Investor's Signature:</w:t>
            </w:r>
          </w:p>
          <w:p w14:paraId="58CA8A34" w14:textId="359420A6" w:rsidR="00C42C26" w:rsidRDefault="002E3083">
            <w:pPr>
              <w:keepLines/>
              <w:spacing w:after="0" w:line="240" w:lineRule="auto"/>
            </w:pPr>
            <w:sdt>
              <w:sdtPr>
                <w:alias w:val="INVESTOR_SIGNATURE"/>
                <w:tag w:val="INVESTOR_SIGNATURE"/>
                <w:id w:val="2039080380"/>
                <w:showingPlcHdr/>
                <w:text/>
              </w:sdtPr>
              <w:sdtEndPr/>
              <w:sdtContent>
                <w:r w:rsidR="00F70AA3">
                  <w:t xml:space="preserve">     </w:t>
                </w:r>
              </w:sdtContent>
            </w:sdt>
          </w:p>
        </w:tc>
        <w:tc>
          <w:tcPr>
            <w:tcW w:w="1296" w:type="dxa"/>
            <w:shd w:val="clear" w:color="auto" w:fill="FFF4E6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6D24CEF8" w14:textId="77777777" w:rsidR="00C42C26" w:rsidRDefault="002E3083">
            <w:pPr>
              <w:keepLines/>
              <w:spacing w:after="0" w:line="240" w:lineRule="auto"/>
            </w:pPr>
            <w:r>
              <w:rPr>
                <w:b/>
                <w:sz w:val="14"/>
              </w:rPr>
              <w:t>Date:</w:t>
            </w:r>
          </w:p>
          <w:p w14:paraId="3824F761" w14:textId="5241A9A7" w:rsidR="00C42C26" w:rsidRDefault="002E3083">
            <w:pPr>
              <w:keepLines/>
              <w:spacing w:after="0" w:line="240" w:lineRule="auto"/>
            </w:pPr>
            <w:sdt>
              <w:sdtPr>
                <w:alias w:val="INVESTOR_DATE"/>
                <w:tag w:val="INVESTOR_DATE"/>
                <w:id w:val="-1225987799"/>
                <w:showingPlcHdr/>
                <w:text/>
              </w:sdtPr>
              <w:sdtEndPr/>
              <w:sdtContent>
                <w:r w:rsidR="00F70AA3">
                  <w:t xml:space="preserve">     </w:t>
                </w:r>
              </w:sdtContent>
            </w:sdt>
          </w:p>
        </w:tc>
        <w:tc>
          <w:tcPr>
            <w:tcW w:w="3744" w:type="dxa"/>
            <w:shd w:val="clear" w:color="auto" w:fill="FFF4E6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7D3324AB" w14:textId="77777777" w:rsidR="00C42C26" w:rsidRDefault="002E3083">
            <w:pPr>
              <w:keepLines/>
              <w:spacing w:after="0" w:line="240" w:lineRule="auto"/>
            </w:pPr>
            <w:r>
              <w:rPr>
                <w:b/>
                <w:sz w:val="14"/>
              </w:rPr>
              <w:t>Co-Investor's Signature:</w:t>
            </w:r>
          </w:p>
          <w:p w14:paraId="2E12AB8F" w14:textId="0D8CA63B" w:rsidR="00C42C26" w:rsidRDefault="002E3083">
            <w:pPr>
              <w:keepLines/>
              <w:spacing w:after="0" w:line="240" w:lineRule="auto"/>
            </w:pPr>
            <w:sdt>
              <w:sdtPr>
                <w:alias w:val="CO_INVESTOR_SIGNATURE"/>
                <w:tag w:val="CO_INVESTOR_SIGNATURE"/>
                <w:id w:val="1149555577"/>
                <w:showingPlcHdr/>
                <w:text/>
              </w:sdtPr>
              <w:sdtEndPr/>
              <w:sdtContent>
                <w:r w:rsidR="00F70AA3">
                  <w:t xml:space="preserve">     </w:t>
                </w:r>
              </w:sdtContent>
            </w:sdt>
          </w:p>
        </w:tc>
        <w:tc>
          <w:tcPr>
            <w:tcW w:w="1296" w:type="dxa"/>
            <w:shd w:val="clear" w:color="auto" w:fill="FFF4E6"/>
            <w:tcMar>
              <w:top w:w="40" w:type="dxa"/>
              <w:left w:w="55" w:type="dxa"/>
              <w:bottom w:w="35" w:type="dxa"/>
              <w:right w:w="55" w:type="dxa"/>
            </w:tcMar>
            <w:vAlign w:val="center"/>
          </w:tcPr>
          <w:p w14:paraId="1D4C551C" w14:textId="77777777" w:rsidR="00C42C26" w:rsidRDefault="002E3083">
            <w:pPr>
              <w:keepLines/>
              <w:spacing w:after="0" w:line="240" w:lineRule="auto"/>
            </w:pPr>
            <w:r>
              <w:rPr>
                <w:b/>
                <w:sz w:val="14"/>
              </w:rPr>
              <w:t>Date:</w:t>
            </w:r>
          </w:p>
          <w:p w14:paraId="1469C394" w14:textId="0B54D914" w:rsidR="00C42C26" w:rsidRDefault="002E3083">
            <w:pPr>
              <w:keepLines/>
              <w:spacing w:after="0" w:line="240" w:lineRule="auto"/>
            </w:pPr>
            <w:sdt>
              <w:sdtPr>
                <w:alias w:val="CO_INVESTOR_DATE"/>
                <w:tag w:val="CO_INVESTOR_DATE"/>
                <w:id w:val="814071555"/>
                <w:text/>
              </w:sdtPr>
              <w:sdtEndPr/>
              <w:sdtContent/>
            </w:sdt>
          </w:p>
        </w:tc>
      </w:tr>
    </w:tbl>
    <w:p w14:paraId="3F1D1DB1" w14:textId="77777777" w:rsidR="00175AAC" w:rsidRDefault="00175AAC">
      <w:pPr>
        <w:spacing w:after="0" w:line="192" w:lineRule="auto"/>
      </w:pPr>
    </w:p>
    <w:sectPr w:rsidR="00175AAC" w:rsidSect="00034616">
      <w:pgSz w:w="12240" w:h="15840"/>
      <w:pgMar w:top="360" w:right="504" w:bottom="360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25897599">
    <w:abstractNumId w:val="8"/>
  </w:num>
  <w:num w:numId="2" w16cid:durableId="1511917346">
    <w:abstractNumId w:val="6"/>
  </w:num>
  <w:num w:numId="3" w16cid:durableId="1990665107">
    <w:abstractNumId w:val="5"/>
  </w:num>
  <w:num w:numId="4" w16cid:durableId="1881939781">
    <w:abstractNumId w:val="4"/>
  </w:num>
  <w:num w:numId="5" w16cid:durableId="85809512">
    <w:abstractNumId w:val="7"/>
  </w:num>
  <w:num w:numId="6" w16cid:durableId="76487129">
    <w:abstractNumId w:val="3"/>
  </w:num>
  <w:num w:numId="7" w16cid:durableId="820122582">
    <w:abstractNumId w:val="2"/>
  </w:num>
  <w:num w:numId="8" w16cid:durableId="1739865828">
    <w:abstractNumId w:val="1"/>
  </w:num>
  <w:num w:numId="9" w16cid:durableId="1268345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75AAC"/>
    <w:rsid w:val="0029639D"/>
    <w:rsid w:val="002E3083"/>
    <w:rsid w:val="00326F90"/>
    <w:rsid w:val="00683D63"/>
    <w:rsid w:val="00A60B1C"/>
    <w:rsid w:val="00AA1D8D"/>
    <w:rsid w:val="00AD5E96"/>
    <w:rsid w:val="00B47730"/>
    <w:rsid w:val="00C42C26"/>
    <w:rsid w:val="00CB0664"/>
    <w:rsid w:val="00E51981"/>
    <w:rsid w:val="00F5350A"/>
    <w:rsid w:val="00F70AA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8BB034B"/>
  <w14:defaultImageDpi w14:val="300"/>
  <w15:docId w15:val="{9D0A591C-410C-4A2F-BAC0-CBC62C81F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Neil Giscombe</cp:lastModifiedBy>
  <cp:revision>4</cp:revision>
  <dcterms:created xsi:type="dcterms:W3CDTF">2026-08-23T21:51:00Z</dcterms:created>
  <dcterms:modified xsi:type="dcterms:W3CDTF">2026-08-23T22:29:00Z</dcterms:modified>
  <cp:category/>
</cp:coreProperties>
</file>